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4A8C2" w14:textId="77777777" w:rsidR="001860BB" w:rsidRPr="00CC37CD" w:rsidRDefault="00C959EC">
      <w:pPr>
        <w:pStyle w:val="Nadpis1"/>
        <w:jc w:val="center"/>
        <w:rPr>
          <w:lang w:val="cs-CZ"/>
        </w:rPr>
      </w:pPr>
      <w:r w:rsidRPr="00CC37CD">
        <w:rPr>
          <w:lang w:val="cs-CZ"/>
        </w:rPr>
        <w:t>PROFIL DODAVATELE / SUPPLIER PROFILE</w:t>
      </w:r>
    </w:p>
    <w:p w14:paraId="326B1AC1" w14:textId="1183D597" w:rsidR="001860BB" w:rsidRPr="00CC37CD" w:rsidRDefault="00C959EC">
      <w:pPr>
        <w:jc w:val="center"/>
        <w:rPr>
          <w:lang w:val="cs-CZ"/>
        </w:rPr>
      </w:pPr>
      <w:r w:rsidRPr="00CC37CD">
        <w:rPr>
          <w:i/>
          <w:lang w:val="cs-CZ"/>
        </w:rPr>
        <w:t xml:space="preserve">(pro </w:t>
      </w:r>
      <w:r w:rsidR="00CC37CD" w:rsidRPr="00CC37CD">
        <w:rPr>
          <w:i/>
          <w:lang w:val="cs-CZ"/>
        </w:rPr>
        <w:t>poptávku</w:t>
      </w:r>
      <w:r w:rsidRPr="00CC37CD">
        <w:rPr>
          <w:i/>
          <w:lang w:val="cs-CZ"/>
        </w:rPr>
        <w:t xml:space="preserve"> </w:t>
      </w:r>
      <w:proofErr w:type="spellStart"/>
      <w:r w:rsidRPr="00CC37CD">
        <w:rPr>
          <w:i/>
          <w:lang w:val="cs-CZ"/>
        </w:rPr>
        <w:t>Tesselschade-Arbeid</w:t>
      </w:r>
      <w:proofErr w:type="spellEnd"/>
      <w:r w:rsidRPr="00CC37CD">
        <w:rPr>
          <w:i/>
          <w:lang w:val="cs-CZ"/>
        </w:rPr>
        <w:t xml:space="preserve"> </w:t>
      </w:r>
      <w:proofErr w:type="spellStart"/>
      <w:r w:rsidRPr="00CC37CD">
        <w:rPr>
          <w:i/>
          <w:lang w:val="cs-CZ"/>
        </w:rPr>
        <w:t>Adelt</w:t>
      </w:r>
      <w:proofErr w:type="spellEnd"/>
      <w:r w:rsidRPr="00CC37CD">
        <w:rPr>
          <w:i/>
          <w:lang w:val="cs-CZ"/>
        </w:rPr>
        <w:t>, Nizozemsko)</w:t>
      </w:r>
    </w:p>
    <w:p w14:paraId="51EE36C1" w14:textId="77777777" w:rsidR="001860BB" w:rsidRPr="00CC37CD" w:rsidRDefault="001860BB">
      <w:pPr>
        <w:rPr>
          <w:lang w:val="cs-CZ"/>
        </w:rPr>
      </w:pPr>
    </w:p>
    <w:p w14:paraId="3AB75F62" w14:textId="796C2987" w:rsidR="001860BB" w:rsidRPr="00CC37CD" w:rsidRDefault="00C959EC">
      <w:pPr>
        <w:pStyle w:val="Nadpis2"/>
        <w:rPr>
          <w:lang w:val="cs-CZ"/>
        </w:rPr>
      </w:pPr>
      <w:r w:rsidRPr="00CC37CD">
        <w:rPr>
          <w:lang w:val="cs-CZ"/>
        </w:rPr>
        <w:t>1. ZAKLADN</w:t>
      </w:r>
      <w:r w:rsidR="00BA583D">
        <w:rPr>
          <w:lang w:val="cs-CZ"/>
        </w:rPr>
        <w:t>Í</w:t>
      </w:r>
      <w:r w:rsidRPr="00CC37CD">
        <w:rPr>
          <w:lang w:val="cs-CZ"/>
        </w:rPr>
        <w:t xml:space="preserve"> </w:t>
      </w:r>
      <w:r w:rsidR="00BA583D">
        <w:rPr>
          <w:lang w:val="cs-CZ"/>
        </w:rPr>
        <w:t>Ú</w:t>
      </w:r>
      <w:r w:rsidRPr="00CC37CD">
        <w:rPr>
          <w:lang w:val="cs-CZ"/>
        </w:rPr>
        <w:t>DAJE O SPOLE</w:t>
      </w:r>
      <w:r w:rsidR="00BA583D">
        <w:rPr>
          <w:lang w:val="cs-CZ"/>
        </w:rPr>
        <w:t>Č</w:t>
      </w:r>
      <w:r w:rsidRPr="00CC37CD">
        <w:rPr>
          <w:lang w:val="cs-CZ"/>
        </w:rPr>
        <w:t>NOSTI / BASIC COMPANY INFORMATION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59"/>
        <w:gridCol w:w="4837"/>
      </w:tblGrid>
      <w:tr w:rsidR="001860BB" w:rsidRPr="00CC37CD" w14:paraId="4AC5B2FF" w14:textId="77777777">
        <w:trPr>
          <w:jc w:val="center"/>
        </w:trPr>
        <w:tc>
          <w:tcPr>
            <w:tcW w:w="3600" w:type="dxa"/>
          </w:tcPr>
          <w:p w14:paraId="27D30134" w14:textId="19E3E89F" w:rsidR="001860BB" w:rsidRPr="00CC37CD" w:rsidRDefault="00CC37CD">
            <w:pPr>
              <w:rPr>
                <w:lang w:val="cs-CZ"/>
              </w:rPr>
            </w:pPr>
            <w:r w:rsidRPr="00CC37CD">
              <w:rPr>
                <w:lang w:val="cs-CZ"/>
              </w:rPr>
              <w:t>Název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společnosti</w:t>
            </w:r>
            <w:r w:rsidR="00C959EC" w:rsidRPr="00CC37CD">
              <w:rPr>
                <w:lang w:val="cs-CZ"/>
              </w:rPr>
              <w:t xml:space="preserve"> / Company </w:t>
            </w:r>
            <w:proofErr w:type="spellStart"/>
            <w:r w:rsidR="00C959EC" w:rsidRPr="00CC37CD">
              <w:rPr>
                <w:lang w:val="cs-CZ"/>
              </w:rPr>
              <w:t>name</w:t>
            </w:r>
            <w:proofErr w:type="spellEnd"/>
          </w:p>
        </w:tc>
        <w:tc>
          <w:tcPr>
            <w:tcW w:w="5040" w:type="dxa"/>
          </w:tcPr>
          <w:p w14:paraId="64E1F01F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72C441A6" w14:textId="77777777">
        <w:trPr>
          <w:jc w:val="center"/>
        </w:trPr>
        <w:tc>
          <w:tcPr>
            <w:tcW w:w="3600" w:type="dxa"/>
          </w:tcPr>
          <w:p w14:paraId="1D70C365" w14:textId="77777777" w:rsidR="001860BB" w:rsidRPr="00CC37CD" w:rsidRDefault="00C959EC">
            <w:pPr>
              <w:rPr>
                <w:lang w:val="cs-CZ"/>
              </w:rPr>
            </w:pPr>
            <w:r w:rsidRPr="00CC37CD">
              <w:rPr>
                <w:lang w:val="cs-CZ"/>
              </w:rPr>
              <w:t>ICO / VAT ID</w:t>
            </w:r>
          </w:p>
        </w:tc>
        <w:tc>
          <w:tcPr>
            <w:tcW w:w="5040" w:type="dxa"/>
          </w:tcPr>
          <w:p w14:paraId="0A04BC9B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482229C3" w14:textId="77777777">
        <w:trPr>
          <w:jc w:val="center"/>
        </w:trPr>
        <w:tc>
          <w:tcPr>
            <w:tcW w:w="3600" w:type="dxa"/>
          </w:tcPr>
          <w:p w14:paraId="6E17781C" w14:textId="15A33A89" w:rsidR="001860BB" w:rsidRPr="00CC37CD" w:rsidRDefault="00C959EC">
            <w:pPr>
              <w:rPr>
                <w:lang w:val="cs-CZ"/>
              </w:rPr>
            </w:pPr>
            <w:r w:rsidRPr="00CC37CD">
              <w:rPr>
                <w:lang w:val="cs-CZ"/>
              </w:rPr>
              <w:t xml:space="preserve">Adresa </w:t>
            </w:r>
            <w:r w:rsidR="00CC37CD" w:rsidRPr="00CC37CD">
              <w:rPr>
                <w:lang w:val="cs-CZ"/>
              </w:rPr>
              <w:t>sídla</w:t>
            </w:r>
            <w:r w:rsidRPr="00CC37CD">
              <w:rPr>
                <w:lang w:val="cs-CZ"/>
              </w:rPr>
              <w:t xml:space="preserve"> / </w:t>
            </w:r>
            <w:proofErr w:type="spellStart"/>
            <w:r w:rsidRPr="00CC37CD">
              <w:rPr>
                <w:lang w:val="cs-CZ"/>
              </w:rPr>
              <w:t>Registered</w:t>
            </w:r>
            <w:proofErr w:type="spellEnd"/>
            <w:r w:rsidRPr="00CC37CD">
              <w:rPr>
                <w:lang w:val="cs-CZ"/>
              </w:rPr>
              <w:t xml:space="preserve"> </w:t>
            </w:r>
            <w:proofErr w:type="spellStart"/>
            <w:r w:rsidRPr="00CC37CD">
              <w:rPr>
                <w:lang w:val="cs-CZ"/>
              </w:rPr>
              <w:t>address</w:t>
            </w:r>
            <w:proofErr w:type="spellEnd"/>
          </w:p>
        </w:tc>
        <w:tc>
          <w:tcPr>
            <w:tcW w:w="5040" w:type="dxa"/>
          </w:tcPr>
          <w:p w14:paraId="1567BF4A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06CCF4AB" w14:textId="77777777">
        <w:trPr>
          <w:jc w:val="center"/>
        </w:trPr>
        <w:tc>
          <w:tcPr>
            <w:tcW w:w="3600" w:type="dxa"/>
          </w:tcPr>
          <w:p w14:paraId="61A8FA4D" w14:textId="34B72CFC" w:rsidR="001860BB" w:rsidRPr="00CC37CD" w:rsidRDefault="00CC37CD">
            <w:pPr>
              <w:rPr>
                <w:lang w:val="cs-CZ"/>
              </w:rPr>
            </w:pPr>
            <w:r w:rsidRPr="00CC37CD">
              <w:rPr>
                <w:lang w:val="cs-CZ"/>
              </w:rPr>
              <w:t>Webové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stránky</w:t>
            </w:r>
            <w:r w:rsidR="00C959EC" w:rsidRPr="00CC37CD">
              <w:rPr>
                <w:lang w:val="cs-CZ"/>
              </w:rPr>
              <w:t xml:space="preserve"> / </w:t>
            </w:r>
            <w:proofErr w:type="spellStart"/>
            <w:r w:rsidR="00C959EC" w:rsidRPr="00CC37CD">
              <w:rPr>
                <w:lang w:val="cs-CZ"/>
              </w:rPr>
              <w:t>Website</w:t>
            </w:r>
            <w:proofErr w:type="spellEnd"/>
          </w:p>
        </w:tc>
        <w:tc>
          <w:tcPr>
            <w:tcW w:w="5040" w:type="dxa"/>
          </w:tcPr>
          <w:p w14:paraId="2A973B5C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48EC2EF7" w14:textId="77777777">
        <w:trPr>
          <w:jc w:val="center"/>
        </w:trPr>
        <w:tc>
          <w:tcPr>
            <w:tcW w:w="3600" w:type="dxa"/>
          </w:tcPr>
          <w:p w14:paraId="7FD2F918" w14:textId="3DAB7149" w:rsidR="001860BB" w:rsidRPr="00CC37CD" w:rsidRDefault="00CC37CD">
            <w:pPr>
              <w:rPr>
                <w:lang w:val="cs-CZ"/>
              </w:rPr>
            </w:pPr>
            <w:r w:rsidRPr="00CC37CD">
              <w:rPr>
                <w:lang w:val="cs-CZ"/>
              </w:rPr>
              <w:t>Kontaktní</w:t>
            </w:r>
            <w:r w:rsidR="00C959EC" w:rsidRPr="00CC37CD">
              <w:rPr>
                <w:lang w:val="cs-CZ"/>
              </w:rPr>
              <w:t xml:space="preserve"> osoba / </w:t>
            </w:r>
            <w:proofErr w:type="spellStart"/>
            <w:r w:rsidR="00C959EC" w:rsidRPr="00CC37CD">
              <w:rPr>
                <w:lang w:val="cs-CZ"/>
              </w:rPr>
              <w:t>Contact</w:t>
            </w:r>
            <w:proofErr w:type="spellEnd"/>
            <w:r w:rsidR="00C959EC" w:rsidRPr="00CC37CD">
              <w:rPr>
                <w:lang w:val="cs-CZ"/>
              </w:rPr>
              <w:t xml:space="preserve"> person (</w:t>
            </w:r>
            <w:r w:rsidR="00BA583D" w:rsidRPr="00CC37CD">
              <w:rPr>
                <w:lang w:val="cs-CZ"/>
              </w:rPr>
              <w:t>jméno</w:t>
            </w:r>
            <w:r w:rsidR="00C959EC" w:rsidRPr="00CC37CD">
              <w:rPr>
                <w:lang w:val="cs-CZ"/>
              </w:rPr>
              <w:t>, funkce, e-mail, telefon)</w:t>
            </w:r>
          </w:p>
        </w:tc>
        <w:tc>
          <w:tcPr>
            <w:tcW w:w="5040" w:type="dxa"/>
          </w:tcPr>
          <w:p w14:paraId="5BAAF7AA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7313642E" w14:textId="77777777">
        <w:trPr>
          <w:jc w:val="center"/>
        </w:trPr>
        <w:tc>
          <w:tcPr>
            <w:tcW w:w="3600" w:type="dxa"/>
          </w:tcPr>
          <w:p w14:paraId="27D29D63" w14:textId="4902C7BD" w:rsidR="001860BB" w:rsidRPr="00CC37CD" w:rsidRDefault="00C959EC">
            <w:pPr>
              <w:rPr>
                <w:lang w:val="cs-CZ"/>
              </w:rPr>
            </w:pPr>
            <w:r w:rsidRPr="00CC37CD">
              <w:rPr>
                <w:lang w:val="cs-CZ"/>
              </w:rPr>
              <w:t xml:space="preserve">Rok </w:t>
            </w:r>
            <w:r w:rsidR="00BA583D" w:rsidRPr="00CC37CD">
              <w:rPr>
                <w:lang w:val="cs-CZ"/>
              </w:rPr>
              <w:t>založeni</w:t>
            </w:r>
            <w:r w:rsidRPr="00CC37CD">
              <w:rPr>
                <w:lang w:val="cs-CZ"/>
              </w:rPr>
              <w:t xml:space="preserve"> / </w:t>
            </w:r>
            <w:proofErr w:type="spellStart"/>
            <w:r w:rsidRPr="00CC37CD">
              <w:rPr>
                <w:lang w:val="cs-CZ"/>
              </w:rPr>
              <w:t>Year</w:t>
            </w:r>
            <w:proofErr w:type="spellEnd"/>
            <w:r w:rsidRPr="00CC37CD">
              <w:rPr>
                <w:lang w:val="cs-CZ"/>
              </w:rPr>
              <w:t xml:space="preserve"> </w:t>
            </w:r>
            <w:proofErr w:type="spellStart"/>
            <w:r w:rsidRPr="00CC37CD">
              <w:rPr>
                <w:lang w:val="cs-CZ"/>
              </w:rPr>
              <w:t>established</w:t>
            </w:r>
            <w:proofErr w:type="spellEnd"/>
          </w:p>
        </w:tc>
        <w:tc>
          <w:tcPr>
            <w:tcW w:w="5040" w:type="dxa"/>
          </w:tcPr>
          <w:p w14:paraId="55ECA8C5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4B40E7C8" w14:textId="77777777">
        <w:trPr>
          <w:jc w:val="center"/>
        </w:trPr>
        <w:tc>
          <w:tcPr>
            <w:tcW w:w="3600" w:type="dxa"/>
          </w:tcPr>
          <w:p w14:paraId="49F73804" w14:textId="014660CB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5040" w:type="dxa"/>
          </w:tcPr>
          <w:p w14:paraId="2C2CBC4F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1FE93222" w14:textId="77777777">
        <w:trPr>
          <w:jc w:val="center"/>
        </w:trPr>
        <w:tc>
          <w:tcPr>
            <w:tcW w:w="3600" w:type="dxa"/>
          </w:tcPr>
          <w:p w14:paraId="1408CFA2" w14:textId="6F17F6C6" w:rsidR="001860BB" w:rsidRPr="00CC37CD" w:rsidRDefault="00BA583D">
            <w:pPr>
              <w:rPr>
                <w:lang w:val="cs-CZ"/>
              </w:rPr>
            </w:pPr>
            <w:r w:rsidRPr="00CC37CD">
              <w:rPr>
                <w:lang w:val="cs-CZ"/>
              </w:rPr>
              <w:t>Vlastnická</w:t>
            </w:r>
            <w:r w:rsidR="00C959EC" w:rsidRPr="00CC37CD">
              <w:rPr>
                <w:lang w:val="cs-CZ"/>
              </w:rPr>
              <w:t xml:space="preserve"> struktura / </w:t>
            </w:r>
            <w:proofErr w:type="spellStart"/>
            <w:r w:rsidR="00C959EC" w:rsidRPr="00CC37CD">
              <w:rPr>
                <w:lang w:val="cs-CZ"/>
              </w:rPr>
              <w:t>Ownership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structure</w:t>
            </w:r>
            <w:proofErr w:type="spellEnd"/>
          </w:p>
        </w:tc>
        <w:tc>
          <w:tcPr>
            <w:tcW w:w="5040" w:type="dxa"/>
          </w:tcPr>
          <w:p w14:paraId="31122383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5099E6F0" w14:textId="77777777">
        <w:trPr>
          <w:jc w:val="center"/>
        </w:trPr>
        <w:tc>
          <w:tcPr>
            <w:tcW w:w="4703" w:type="dxa"/>
          </w:tcPr>
          <w:p w14:paraId="5034F826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4703" w:type="dxa"/>
          </w:tcPr>
          <w:p w14:paraId="1B20B3AE" w14:textId="77777777" w:rsidR="001860BB" w:rsidRPr="00CC37CD" w:rsidRDefault="001860BB">
            <w:pPr>
              <w:rPr>
                <w:lang w:val="cs-CZ"/>
              </w:rPr>
            </w:pPr>
          </w:p>
        </w:tc>
      </w:tr>
    </w:tbl>
    <w:p w14:paraId="3B3D5F07" w14:textId="77777777" w:rsidR="001860BB" w:rsidRPr="00CC37CD" w:rsidRDefault="001860BB">
      <w:pPr>
        <w:rPr>
          <w:lang w:val="cs-CZ"/>
        </w:rPr>
      </w:pPr>
    </w:p>
    <w:p w14:paraId="3C736137" w14:textId="2A2F6D90" w:rsidR="001860BB" w:rsidRPr="00CC37CD" w:rsidRDefault="00C959EC">
      <w:pPr>
        <w:pStyle w:val="Nadpis2"/>
        <w:rPr>
          <w:lang w:val="cs-CZ"/>
        </w:rPr>
      </w:pPr>
      <w:r w:rsidRPr="00CC37CD">
        <w:rPr>
          <w:lang w:val="cs-CZ"/>
        </w:rPr>
        <w:t>2. P</w:t>
      </w:r>
      <w:r w:rsidR="00BA583D">
        <w:rPr>
          <w:lang w:val="cs-CZ"/>
        </w:rPr>
        <w:t>Ř</w:t>
      </w:r>
      <w:r w:rsidRPr="00CC37CD">
        <w:rPr>
          <w:lang w:val="cs-CZ"/>
        </w:rPr>
        <w:t>EDSTAVEN</w:t>
      </w:r>
      <w:r w:rsidR="00BA583D">
        <w:rPr>
          <w:lang w:val="cs-CZ"/>
        </w:rPr>
        <w:t>Í</w:t>
      </w:r>
      <w:r w:rsidRPr="00CC37CD">
        <w:rPr>
          <w:lang w:val="cs-CZ"/>
        </w:rPr>
        <w:t xml:space="preserve"> SPOLE</w:t>
      </w:r>
      <w:r w:rsidR="00BA583D">
        <w:rPr>
          <w:lang w:val="cs-CZ"/>
        </w:rPr>
        <w:t>Č</w:t>
      </w:r>
      <w:r w:rsidRPr="00CC37CD">
        <w:rPr>
          <w:lang w:val="cs-CZ"/>
        </w:rPr>
        <w:t>NOSTI / COMPANY INTRODUCTION</w:t>
      </w:r>
    </w:p>
    <w:p w14:paraId="3165545F" w14:textId="63C18FAB" w:rsidR="001860BB" w:rsidRPr="00CC37CD" w:rsidRDefault="00C959EC">
      <w:pPr>
        <w:rPr>
          <w:lang w:val="cs-CZ"/>
        </w:rPr>
      </w:pPr>
      <w:r w:rsidRPr="00CC37CD">
        <w:rPr>
          <w:lang w:val="cs-CZ"/>
        </w:rPr>
        <w:t>(</w:t>
      </w:r>
      <w:r w:rsidR="00BA583D" w:rsidRPr="00CC37CD">
        <w:rPr>
          <w:lang w:val="cs-CZ"/>
        </w:rPr>
        <w:t>Stručné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představeni</w:t>
      </w:r>
      <w:r w:rsidRPr="00CC37CD">
        <w:rPr>
          <w:lang w:val="cs-CZ"/>
        </w:rPr>
        <w:t xml:space="preserve"> historie, </w:t>
      </w:r>
      <w:r w:rsidR="00BA583D" w:rsidRPr="00CC37CD">
        <w:rPr>
          <w:lang w:val="cs-CZ"/>
        </w:rPr>
        <w:t>zaměřeni</w:t>
      </w:r>
      <w:r w:rsidRPr="00CC37CD">
        <w:rPr>
          <w:lang w:val="cs-CZ"/>
        </w:rPr>
        <w:t xml:space="preserve">, hlavni </w:t>
      </w:r>
      <w:r w:rsidR="00BA583D" w:rsidRPr="00CC37CD">
        <w:rPr>
          <w:lang w:val="cs-CZ"/>
        </w:rPr>
        <w:t>činnosti</w:t>
      </w:r>
      <w:r w:rsidRPr="00CC37CD">
        <w:rPr>
          <w:lang w:val="cs-CZ"/>
        </w:rPr>
        <w:t xml:space="preserve"> - max. 10 </w:t>
      </w:r>
      <w:r w:rsidR="00BA583D" w:rsidRPr="00CC37CD">
        <w:rPr>
          <w:lang w:val="cs-CZ"/>
        </w:rPr>
        <w:t>řádk</w:t>
      </w:r>
      <w:r w:rsidR="00BA583D">
        <w:rPr>
          <w:lang w:val="cs-CZ"/>
        </w:rPr>
        <w:t>ů</w:t>
      </w:r>
      <w:r w:rsidRPr="00CC37CD">
        <w:rPr>
          <w:lang w:val="cs-CZ"/>
        </w:rPr>
        <w:t>)</w:t>
      </w:r>
    </w:p>
    <w:p w14:paraId="17628EBD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(</w:t>
      </w:r>
      <w:proofErr w:type="spellStart"/>
      <w:r w:rsidRPr="00CC37CD">
        <w:rPr>
          <w:lang w:val="cs-CZ"/>
        </w:rPr>
        <w:t>Brief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introduction</w:t>
      </w:r>
      <w:proofErr w:type="spellEnd"/>
      <w:r w:rsidRPr="00CC37CD">
        <w:rPr>
          <w:lang w:val="cs-CZ"/>
        </w:rPr>
        <w:t xml:space="preserve">: </w:t>
      </w:r>
      <w:proofErr w:type="spellStart"/>
      <w:r w:rsidRPr="00CC37CD">
        <w:rPr>
          <w:lang w:val="cs-CZ"/>
        </w:rPr>
        <w:t>history</w:t>
      </w:r>
      <w:proofErr w:type="spellEnd"/>
      <w:r w:rsidRPr="00CC37CD">
        <w:rPr>
          <w:lang w:val="cs-CZ"/>
        </w:rPr>
        <w:t xml:space="preserve">, </w:t>
      </w:r>
      <w:proofErr w:type="spellStart"/>
      <w:r w:rsidRPr="00CC37CD">
        <w:rPr>
          <w:lang w:val="cs-CZ"/>
        </w:rPr>
        <w:t>focus</w:t>
      </w:r>
      <w:proofErr w:type="spellEnd"/>
      <w:r w:rsidRPr="00CC37CD">
        <w:rPr>
          <w:lang w:val="cs-CZ"/>
        </w:rPr>
        <w:t xml:space="preserve">, </w:t>
      </w:r>
      <w:proofErr w:type="spellStart"/>
      <w:r w:rsidRPr="00CC37CD">
        <w:rPr>
          <w:lang w:val="cs-CZ"/>
        </w:rPr>
        <w:t>main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activities</w:t>
      </w:r>
      <w:proofErr w:type="spellEnd"/>
      <w:r w:rsidRPr="00CC37CD">
        <w:rPr>
          <w:lang w:val="cs-CZ"/>
        </w:rPr>
        <w:t xml:space="preserve"> - max. 10 lines)</w:t>
      </w:r>
    </w:p>
    <w:p w14:paraId="3B0AB46A" w14:textId="77777777" w:rsidR="001860BB" w:rsidRPr="00CC37CD" w:rsidRDefault="001860BB">
      <w:pPr>
        <w:rPr>
          <w:lang w:val="cs-CZ"/>
        </w:rPr>
      </w:pPr>
    </w:p>
    <w:p w14:paraId="0A157DF3" w14:textId="77777777" w:rsidR="002725A2" w:rsidRPr="00CC37CD" w:rsidRDefault="002725A2">
      <w:pPr>
        <w:pStyle w:val="Nadpis2"/>
        <w:rPr>
          <w:lang w:val="cs-CZ"/>
        </w:rPr>
      </w:pPr>
      <w:r w:rsidRPr="00CC37CD">
        <w:rPr>
          <w:lang w:val="cs-CZ"/>
        </w:rPr>
        <w:br/>
      </w:r>
    </w:p>
    <w:p w14:paraId="4F0A9EB6" w14:textId="77777777" w:rsidR="002725A2" w:rsidRPr="00CC37CD" w:rsidRDefault="002725A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</w:pPr>
      <w:r w:rsidRPr="00CC37CD">
        <w:rPr>
          <w:lang w:val="cs-CZ"/>
        </w:rPr>
        <w:br w:type="page"/>
      </w:r>
    </w:p>
    <w:p w14:paraId="24B8127D" w14:textId="474808A0" w:rsidR="001860BB" w:rsidRPr="00CC37CD" w:rsidRDefault="00C959EC">
      <w:pPr>
        <w:pStyle w:val="Nadpis2"/>
        <w:rPr>
          <w:lang w:val="cs-CZ"/>
        </w:rPr>
      </w:pPr>
      <w:r w:rsidRPr="00CC37CD">
        <w:rPr>
          <w:lang w:val="cs-CZ"/>
        </w:rPr>
        <w:lastRenderedPageBreak/>
        <w:t>3. PRODUKTOV</w:t>
      </w:r>
      <w:r w:rsidR="00BA583D">
        <w:rPr>
          <w:lang w:val="cs-CZ"/>
        </w:rPr>
        <w:t>É</w:t>
      </w:r>
      <w:r w:rsidRPr="00CC37CD">
        <w:rPr>
          <w:lang w:val="cs-CZ"/>
        </w:rPr>
        <w:t xml:space="preserve"> PORTFOLIO / PRODUCT PORTFOLIO</w:t>
      </w:r>
    </w:p>
    <w:p w14:paraId="44A9FFEE" w14:textId="3CD2B74C" w:rsidR="001860BB" w:rsidRPr="00CC37CD" w:rsidRDefault="00C959EC">
      <w:pPr>
        <w:pStyle w:val="Nadpis3"/>
        <w:rPr>
          <w:lang w:val="cs-CZ"/>
        </w:rPr>
      </w:pPr>
      <w:r w:rsidRPr="00CC37CD">
        <w:rPr>
          <w:lang w:val="cs-CZ"/>
        </w:rPr>
        <w:t xml:space="preserve">3.1 </w:t>
      </w:r>
      <w:r w:rsidR="00BA583D" w:rsidRPr="00CC37CD">
        <w:rPr>
          <w:lang w:val="cs-CZ"/>
        </w:rPr>
        <w:t>Dřevěné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hr</w:t>
      </w:r>
      <w:r w:rsidR="00BA583D">
        <w:rPr>
          <w:lang w:val="cs-CZ"/>
        </w:rPr>
        <w:t>a</w:t>
      </w:r>
      <w:r w:rsidR="00BA583D" w:rsidRPr="00CC37CD">
        <w:rPr>
          <w:lang w:val="cs-CZ"/>
        </w:rPr>
        <w:t>čky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Wooden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toys</w:t>
      </w:r>
      <w:proofErr w:type="spellEnd"/>
    </w:p>
    <w:p w14:paraId="48CC21FB" w14:textId="631EAB04" w:rsidR="001860BB" w:rsidRPr="00CC37CD" w:rsidRDefault="00C959EC">
      <w:pPr>
        <w:rPr>
          <w:lang w:val="cs-CZ"/>
        </w:rPr>
      </w:pPr>
      <w:r w:rsidRPr="00CC37CD">
        <w:rPr>
          <w:lang w:val="cs-CZ"/>
        </w:rPr>
        <w:t>M</w:t>
      </w:r>
      <w:r w:rsidR="00BA583D">
        <w:rPr>
          <w:lang w:val="cs-CZ"/>
        </w:rPr>
        <w:t>á</w:t>
      </w:r>
      <w:r w:rsidRPr="00CC37CD">
        <w:rPr>
          <w:lang w:val="cs-CZ"/>
        </w:rPr>
        <w:t xml:space="preserve">te </w:t>
      </w:r>
      <w:r w:rsidR="00BA583D" w:rsidRPr="00CC37CD">
        <w:rPr>
          <w:lang w:val="cs-CZ"/>
        </w:rPr>
        <w:t>zkušenosti</w:t>
      </w:r>
      <w:r w:rsidRPr="00CC37CD">
        <w:rPr>
          <w:lang w:val="cs-CZ"/>
        </w:rPr>
        <w:t xml:space="preserve"> se </w:t>
      </w:r>
      <w:r w:rsidR="00BA583D" w:rsidRPr="00CC37CD">
        <w:rPr>
          <w:lang w:val="cs-CZ"/>
        </w:rPr>
        <w:t>sériovou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výrobou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dřevěných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hráček</w:t>
      </w:r>
      <w:r w:rsidRPr="00CC37CD">
        <w:rPr>
          <w:lang w:val="cs-CZ"/>
        </w:rPr>
        <w:t xml:space="preserve">? / Do </w:t>
      </w:r>
      <w:proofErr w:type="spellStart"/>
      <w:r w:rsidRPr="00CC37CD">
        <w:rPr>
          <w:lang w:val="cs-CZ"/>
        </w:rPr>
        <w:t>you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have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experience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with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serial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production</w:t>
      </w:r>
      <w:proofErr w:type="spellEnd"/>
      <w:r w:rsidRPr="00CC37CD">
        <w:rPr>
          <w:lang w:val="cs-CZ"/>
        </w:rPr>
        <w:t xml:space="preserve"> of </w:t>
      </w:r>
      <w:proofErr w:type="spellStart"/>
      <w:r w:rsidRPr="00CC37CD">
        <w:rPr>
          <w:lang w:val="cs-CZ"/>
        </w:rPr>
        <w:t>wooden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toys</w:t>
      </w:r>
      <w:proofErr w:type="spellEnd"/>
      <w:r w:rsidRPr="00CC37CD">
        <w:rPr>
          <w:lang w:val="cs-CZ"/>
        </w:rPr>
        <w:t>?</w:t>
      </w:r>
    </w:p>
    <w:p w14:paraId="5A406FD3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Ne / No</w:t>
      </w:r>
    </w:p>
    <w:p w14:paraId="5556943D" w14:textId="77777777" w:rsidR="002725A2" w:rsidRPr="00CC37CD" w:rsidRDefault="002725A2">
      <w:pPr>
        <w:rPr>
          <w:lang w:val="cs-CZ"/>
        </w:rPr>
      </w:pPr>
    </w:p>
    <w:p w14:paraId="3A378DB1" w14:textId="6680EB32" w:rsidR="001860BB" w:rsidRPr="00CC37CD" w:rsidRDefault="00BA583D">
      <w:pPr>
        <w:rPr>
          <w:lang w:val="cs-CZ"/>
        </w:rPr>
      </w:pPr>
      <w:r w:rsidRPr="00CC37CD">
        <w:rPr>
          <w:lang w:val="cs-CZ"/>
        </w:rPr>
        <w:t>Používané</w:t>
      </w:r>
      <w:r w:rsidR="00C959EC" w:rsidRPr="00CC37CD">
        <w:rPr>
          <w:lang w:val="cs-CZ"/>
        </w:rPr>
        <w:t xml:space="preserve"> </w:t>
      </w:r>
      <w:r w:rsidRPr="00CC37CD">
        <w:rPr>
          <w:lang w:val="cs-CZ"/>
        </w:rPr>
        <w:t>materiály</w:t>
      </w:r>
      <w:r w:rsidR="00C959EC" w:rsidRPr="00CC37CD">
        <w:rPr>
          <w:lang w:val="cs-CZ"/>
        </w:rPr>
        <w:t xml:space="preserve"> / </w:t>
      </w:r>
      <w:proofErr w:type="spellStart"/>
      <w:r w:rsidR="00C959EC" w:rsidRPr="00CC37CD">
        <w:rPr>
          <w:lang w:val="cs-CZ"/>
        </w:rPr>
        <w:t>Materials</w:t>
      </w:r>
      <w:proofErr w:type="spellEnd"/>
      <w:r w:rsidR="00C959EC" w:rsidRPr="00CC37CD">
        <w:rPr>
          <w:lang w:val="cs-CZ"/>
        </w:rPr>
        <w:t xml:space="preserve"> </w:t>
      </w:r>
      <w:proofErr w:type="spellStart"/>
      <w:r w:rsidR="00C959EC" w:rsidRPr="00CC37CD">
        <w:rPr>
          <w:lang w:val="cs-CZ"/>
        </w:rPr>
        <w:t>used</w:t>
      </w:r>
      <w:proofErr w:type="spellEnd"/>
      <w:r w:rsidR="00C959EC" w:rsidRPr="00CC37CD">
        <w:rPr>
          <w:lang w:val="cs-CZ"/>
        </w:rPr>
        <w:t>:</w:t>
      </w:r>
    </w:p>
    <w:p w14:paraId="00438464" w14:textId="68915D32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Masivní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dřevo</w:t>
      </w:r>
      <w:r w:rsidRPr="00CC37CD">
        <w:rPr>
          <w:lang w:val="cs-CZ"/>
        </w:rPr>
        <w:t xml:space="preserve"> / Solid </w:t>
      </w:r>
      <w:proofErr w:type="spellStart"/>
      <w:proofErr w:type="gramStart"/>
      <w:r w:rsidRPr="00CC37CD">
        <w:rPr>
          <w:lang w:val="cs-CZ"/>
        </w:rPr>
        <w:t>wood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Překližka</w:t>
      </w:r>
      <w:r w:rsidRPr="00CC37CD">
        <w:rPr>
          <w:lang w:val="cs-CZ"/>
        </w:rPr>
        <w:t xml:space="preserve"> / </w:t>
      </w:r>
      <w:proofErr w:type="spellStart"/>
      <w:proofErr w:type="gramStart"/>
      <w:r w:rsidRPr="00CC37CD">
        <w:rPr>
          <w:lang w:val="cs-CZ"/>
        </w:rPr>
        <w:t>Plywood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Jin</w:t>
      </w:r>
      <w:r w:rsidR="00BA583D">
        <w:rPr>
          <w:lang w:val="cs-CZ"/>
        </w:rPr>
        <w:t>é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Other</w:t>
      </w:r>
      <w:proofErr w:type="spellEnd"/>
      <w:r w:rsidRPr="00CC37CD">
        <w:rPr>
          <w:lang w:val="cs-CZ"/>
        </w:rPr>
        <w:t xml:space="preserve"> (</w:t>
      </w:r>
      <w:r w:rsidR="00BA583D" w:rsidRPr="00CC37CD">
        <w:rPr>
          <w:lang w:val="cs-CZ"/>
        </w:rPr>
        <w:t>uveďte</w:t>
      </w:r>
      <w:r w:rsidRPr="00CC37CD">
        <w:rPr>
          <w:lang w:val="cs-CZ"/>
        </w:rPr>
        <w:t xml:space="preserve">): </w:t>
      </w:r>
    </w:p>
    <w:p w14:paraId="393A8F93" w14:textId="77777777" w:rsidR="001860BB" w:rsidRPr="00CC37CD" w:rsidRDefault="001860BB">
      <w:pPr>
        <w:rPr>
          <w:lang w:val="cs-CZ"/>
        </w:rPr>
      </w:pPr>
    </w:p>
    <w:p w14:paraId="16A2CA6E" w14:textId="4D5675C5" w:rsidR="001860BB" w:rsidRPr="00CC37CD" w:rsidRDefault="00BA583D">
      <w:pPr>
        <w:rPr>
          <w:lang w:val="cs-CZ"/>
        </w:rPr>
      </w:pPr>
      <w:r w:rsidRPr="00CC37CD">
        <w:rPr>
          <w:lang w:val="cs-CZ"/>
        </w:rPr>
        <w:t>Povrchová</w:t>
      </w:r>
      <w:r w:rsidR="00C959EC" w:rsidRPr="00CC37CD">
        <w:rPr>
          <w:lang w:val="cs-CZ"/>
        </w:rPr>
        <w:t xml:space="preserve"> </w:t>
      </w:r>
      <w:r w:rsidRPr="00CC37CD">
        <w:rPr>
          <w:lang w:val="cs-CZ"/>
        </w:rPr>
        <w:t>úprava</w:t>
      </w:r>
      <w:r w:rsidR="00C959EC" w:rsidRPr="00CC37CD">
        <w:rPr>
          <w:lang w:val="cs-CZ"/>
        </w:rPr>
        <w:t xml:space="preserve"> / </w:t>
      </w:r>
      <w:proofErr w:type="spellStart"/>
      <w:r w:rsidR="00C959EC" w:rsidRPr="00CC37CD">
        <w:rPr>
          <w:lang w:val="cs-CZ"/>
        </w:rPr>
        <w:t>Surface</w:t>
      </w:r>
      <w:proofErr w:type="spellEnd"/>
      <w:r w:rsidR="00C959EC" w:rsidRPr="00CC37CD">
        <w:rPr>
          <w:lang w:val="cs-CZ"/>
        </w:rPr>
        <w:t xml:space="preserve"> </w:t>
      </w:r>
      <w:proofErr w:type="spellStart"/>
      <w:r w:rsidR="00C959EC" w:rsidRPr="00CC37CD">
        <w:rPr>
          <w:lang w:val="cs-CZ"/>
        </w:rPr>
        <w:t>treatment</w:t>
      </w:r>
      <w:proofErr w:type="spellEnd"/>
      <w:r w:rsidR="00C959EC" w:rsidRPr="00CC37CD">
        <w:rPr>
          <w:lang w:val="cs-CZ"/>
        </w:rPr>
        <w:t>:</w:t>
      </w:r>
    </w:p>
    <w:p w14:paraId="7E3C9F85" w14:textId="723B50A2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Lakovaní</w:t>
      </w:r>
      <w:r w:rsidRPr="00CC37CD">
        <w:rPr>
          <w:lang w:val="cs-CZ"/>
        </w:rPr>
        <w:t xml:space="preserve"> / </w:t>
      </w:r>
      <w:proofErr w:type="spellStart"/>
      <w:proofErr w:type="gramStart"/>
      <w:r w:rsidRPr="00CC37CD">
        <w:rPr>
          <w:lang w:val="cs-CZ"/>
        </w:rPr>
        <w:t>Lacquering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Olejovaní</w:t>
      </w:r>
      <w:r w:rsidRPr="00CC37CD">
        <w:rPr>
          <w:lang w:val="cs-CZ"/>
        </w:rPr>
        <w:t xml:space="preserve"> / </w:t>
      </w:r>
      <w:proofErr w:type="spellStart"/>
      <w:proofErr w:type="gramStart"/>
      <w:r w:rsidRPr="00CC37CD">
        <w:rPr>
          <w:lang w:val="cs-CZ"/>
        </w:rPr>
        <w:t>Oiling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</w:t>
      </w:r>
      <w:r w:rsidR="00BA583D" w:rsidRPr="00CC37CD">
        <w:rPr>
          <w:lang w:val="cs-CZ"/>
        </w:rPr>
        <w:t>Mořeni</w:t>
      </w:r>
      <w:r w:rsidRPr="00CC37CD">
        <w:rPr>
          <w:lang w:val="cs-CZ"/>
        </w:rPr>
        <w:t xml:space="preserve"> / </w:t>
      </w:r>
      <w:proofErr w:type="spellStart"/>
      <w:proofErr w:type="gramStart"/>
      <w:r w:rsidRPr="00CC37CD">
        <w:rPr>
          <w:lang w:val="cs-CZ"/>
        </w:rPr>
        <w:t>Staining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Jin</w:t>
      </w:r>
      <w:r w:rsidR="00BA583D">
        <w:rPr>
          <w:lang w:val="cs-CZ"/>
        </w:rPr>
        <w:t>é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Other</w:t>
      </w:r>
      <w:proofErr w:type="spellEnd"/>
      <w:r w:rsidRPr="00CC37CD">
        <w:rPr>
          <w:lang w:val="cs-CZ"/>
        </w:rPr>
        <w:t xml:space="preserve"> (</w:t>
      </w:r>
      <w:r w:rsidR="00BA583D" w:rsidRPr="00CC37CD">
        <w:rPr>
          <w:lang w:val="cs-CZ"/>
        </w:rPr>
        <w:t>uveďte</w:t>
      </w:r>
      <w:r w:rsidRPr="00CC37CD">
        <w:rPr>
          <w:lang w:val="cs-CZ"/>
        </w:rPr>
        <w:t xml:space="preserve">): </w:t>
      </w:r>
    </w:p>
    <w:p w14:paraId="76C0AF0B" w14:textId="77777777" w:rsidR="001860BB" w:rsidRPr="00CC37CD" w:rsidRDefault="001860BB">
      <w:pPr>
        <w:rPr>
          <w:lang w:val="cs-CZ"/>
        </w:rPr>
      </w:pPr>
    </w:p>
    <w:p w14:paraId="59083168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Certifikace / </w:t>
      </w:r>
      <w:proofErr w:type="spellStart"/>
      <w:r w:rsidRPr="00CC37CD">
        <w:rPr>
          <w:lang w:val="cs-CZ"/>
        </w:rPr>
        <w:t>Certifications</w:t>
      </w:r>
      <w:proofErr w:type="spellEnd"/>
      <w:r w:rsidRPr="00CC37CD">
        <w:rPr>
          <w:lang w:val="cs-CZ"/>
        </w:rPr>
        <w:t>:</w:t>
      </w:r>
    </w:p>
    <w:p w14:paraId="2A5C38BA" w14:textId="329A669C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EN 71 (</w:t>
      </w:r>
      <w:r w:rsidR="003A352C" w:rsidRPr="00CC37CD">
        <w:rPr>
          <w:lang w:val="cs-CZ"/>
        </w:rPr>
        <w:t>bezpečnost</w:t>
      </w:r>
      <w:r w:rsidRPr="00CC37CD">
        <w:rPr>
          <w:lang w:val="cs-CZ"/>
        </w:rPr>
        <w:t xml:space="preserve"> </w:t>
      </w:r>
      <w:r w:rsidR="003A352C" w:rsidRPr="00CC37CD">
        <w:rPr>
          <w:lang w:val="cs-CZ"/>
        </w:rPr>
        <w:t>hraček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toy</w:t>
      </w:r>
      <w:proofErr w:type="spellEnd"/>
      <w:r w:rsidRPr="00CC37CD">
        <w:rPr>
          <w:lang w:val="cs-CZ"/>
        </w:rPr>
        <w:t xml:space="preserve"> </w:t>
      </w:r>
      <w:proofErr w:type="spellStart"/>
      <w:proofErr w:type="gramStart"/>
      <w:r w:rsidRPr="00CC37CD">
        <w:rPr>
          <w:lang w:val="cs-CZ"/>
        </w:rPr>
        <w:t>safety</w:t>
      </w:r>
      <w:proofErr w:type="spellEnd"/>
      <w:r w:rsidRPr="00CC37CD">
        <w:rPr>
          <w:lang w:val="cs-CZ"/>
        </w:rPr>
        <w:t>)  ☐</w:t>
      </w:r>
      <w:proofErr w:type="gramEnd"/>
      <w:r w:rsidRPr="00CC37CD">
        <w:rPr>
          <w:lang w:val="cs-CZ"/>
        </w:rPr>
        <w:t xml:space="preserve"> FSC/</w:t>
      </w:r>
      <w:proofErr w:type="gramStart"/>
      <w:r w:rsidRPr="00CC37CD">
        <w:rPr>
          <w:lang w:val="cs-CZ"/>
        </w:rPr>
        <w:t>PEFC  ☐</w:t>
      </w:r>
      <w:proofErr w:type="gramEnd"/>
      <w:r w:rsidRPr="00CC37CD">
        <w:rPr>
          <w:lang w:val="cs-CZ"/>
        </w:rPr>
        <w:t xml:space="preserve"> ISO </w:t>
      </w:r>
      <w:proofErr w:type="gramStart"/>
      <w:r w:rsidRPr="00CC37CD">
        <w:rPr>
          <w:lang w:val="cs-CZ"/>
        </w:rPr>
        <w:t>9001  ☐</w:t>
      </w:r>
      <w:proofErr w:type="gramEnd"/>
      <w:r w:rsidRPr="00CC37CD">
        <w:rPr>
          <w:lang w:val="cs-CZ"/>
        </w:rPr>
        <w:t xml:space="preserve"> Jin</w:t>
      </w:r>
      <w:r w:rsidR="003A352C">
        <w:rPr>
          <w:lang w:val="cs-CZ"/>
        </w:rPr>
        <w:t>é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Other</w:t>
      </w:r>
      <w:proofErr w:type="spellEnd"/>
      <w:r w:rsidRPr="00CC37CD">
        <w:rPr>
          <w:lang w:val="cs-CZ"/>
        </w:rPr>
        <w:t xml:space="preserve">: </w:t>
      </w:r>
    </w:p>
    <w:p w14:paraId="2EF8F829" w14:textId="77777777" w:rsidR="001860BB" w:rsidRPr="00CC37CD" w:rsidRDefault="001860BB">
      <w:pPr>
        <w:rPr>
          <w:lang w:val="cs-CZ"/>
        </w:rPr>
      </w:pPr>
    </w:p>
    <w:p w14:paraId="2F914125" w14:textId="28B050ED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Fotografie / vzorky </w:t>
      </w:r>
      <w:r w:rsidR="00D02A9A" w:rsidRPr="00CC37CD">
        <w:rPr>
          <w:lang w:val="cs-CZ"/>
        </w:rPr>
        <w:t>obdobných</w:t>
      </w:r>
      <w:r w:rsidRPr="00CC37CD">
        <w:rPr>
          <w:lang w:val="cs-CZ"/>
        </w:rPr>
        <w:t xml:space="preserve"> </w:t>
      </w:r>
      <w:r w:rsidR="00D02A9A" w:rsidRPr="00CC37CD">
        <w:rPr>
          <w:lang w:val="cs-CZ"/>
        </w:rPr>
        <w:t>výrobku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Photos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or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samples</w:t>
      </w:r>
      <w:proofErr w:type="spellEnd"/>
      <w:r w:rsidRPr="00CC37CD">
        <w:rPr>
          <w:lang w:val="cs-CZ"/>
        </w:rPr>
        <w:t xml:space="preserve"> of </w:t>
      </w:r>
      <w:proofErr w:type="spellStart"/>
      <w:r w:rsidRPr="00CC37CD">
        <w:rPr>
          <w:lang w:val="cs-CZ"/>
        </w:rPr>
        <w:t>similar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products</w:t>
      </w:r>
      <w:proofErr w:type="spellEnd"/>
      <w:r w:rsidRPr="00CC37CD">
        <w:rPr>
          <w:lang w:val="cs-CZ"/>
        </w:rPr>
        <w:t>:</w:t>
      </w:r>
    </w:p>
    <w:p w14:paraId="727CFB9C" w14:textId="738D1A45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</w:t>
      </w:r>
      <w:r w:rsidR="00D02A9A" w:rsidRPr="00CC37CD">
        <w:rPr>
          <w:lang w:val="cs-CZ"/>
        </w:rPr>
        <w:t>Přiloženo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Attached</w:t>
      </w:r>
      <w:proofErr w:type="spellEnd"/>
      <w:r w:rsidRPr="00CC37CD">
        <w:rPr>
          <w:lang w:val="cs-CZ"/>
        </w:rPr>
        <w:t xml:space="preserve">  </w:t>
      </w:r>
    </w:p>
    <w:p w14:paraId="3FCD8157" w14:textId="77777777" w:rsidR="001860BB" w:rsidRPr="00CC37CD" w:rsidRDefault="001860BB">
      <w:pPr>
        <w:rPr>
          <w:lang w:val="cs-CZ"/>
        </w:rPr>
      </w:pPr>
    </w:p>
    <w:p w14:paraId="3890F4B0" w14:textId="77777777" w:rsidR="002725A2" w:rsidRPr="00CC37CD" w:rsidRDefault="002725A2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cs-CZ"/>
        </w:rPr>
      </w:pPr>
      <w:r w:rsidRPr="00CC37CD">
        <w:rPr>
          <w:lang w:val="cs-CZ"/>
        </w:rPr>
        <w:br w:type="page"/>
      </w:r>
    </w:p>
    <w:p w14:paraId="1B0E0150" w14:textId="244301C8" w:rsidR="002725A2" w:rsidRPr="00CC37CD" w:rsidRDefault="002725A2" w:rsidP="002725A2">
      <w:pPr>
        <w:pStyle w:val="Nadpis3"/>
        <w:rPr>
          <w:lang w:val="cs-CZ"/>
        </w:rPr>
      </w:pPr>
      <w:proofErr w:type="gramStart"/>
      <w:r w:rsidRPr="00CC37CD">
        <w:rPr>
          <w:lang w:val="cs-CZ"/>
        </w:rPr>
        <w:lastRenderedPageBreak/>
        <w:t>3.2  Hobby</w:t>
      </w:r>
      <w:proofErr w:type="gramEnd"/>
      <w:r w:rsidRPr="00CC37CD">
        <w:rPr>
          <w:lang w:val="cs-CZ"/>
        </w:rPr>
        <w:t xml:space="preserve"> sety</w:t>
      </w:r>
    </w:p>
    <w:p w14:paraId="4AE31C64" w14:textId="77777777" w:rsidR="002725A2" w:rsidRPr="00CC37CD" w:rsidRDefault="002725A2" w:rsidP="002725A2">
      <w:pPr>
        <w:rPr>
          <w:lang w:val="cs-CZ"/>
        </w:rPr>
      </w:pPr>
      <w:r w:rsidRPr="00CC37CD">
        <w:rPr>
          <w:lang w:val="cs-CZ"/>
        </w:rPr>
        <w:t>hobby sety perličkových ozdob podle přiloženého obrázku</w:t>
      </w:r>
    </w:p>
    <w:p w14:paraId="05C507B7" w14:textId="77777777" w:rsidR="002725A2" w:rsidRPr="00CC37CD" w:rsidRDefault="002725A2" w:rsidP="002725A2">
      <w:pPr>
        <w:rPr>
          <w:lang w:val="cs-CZ"/>
        </w:rPr>
      </w:pPr>
      <w:r w:rsidRPr="00CC37CD">
        <w:rPr>
          <w:lang w:val="cs-CZ"/>
        </w:rPr>
        <w:t>hobby sety pro děti z přírodních materiálů (dřevo, dřevotříska, karton)</w:t>
      </w:r>
    </w:p>
    <w:p w14:paraId="72C5B3B8" w14:textId="77777777" w:rsidR="002725A2" w:rsidRPr="00CC37CD" w:rsidRDefault="002725A2" w:rsidP="002725A2">
      <w:pPr>
        <w:rPr>
          <w:lang w:val="cs-CZ"/>
        </w:rPr>
      </w:pPr>
      <w:r w:rsidRPr="00CC37CD">
        <w:rPr>
          <w:rFonts w:ascii="Segoe UI Symbol" w:hAnsi="Segoe UI Symbol" w:cs="Segoe UI Symbol"/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</w:t>
      </w:r>
      <w:r w:rsidRPr="00CC37CD">
        <w:rPr>
          <w:rFonts w:ascii="Segoe UI Symbol" w:hAnsi="Segoe UI Symbol" w:cs="Segoe UI Symbol"/>
          <w:lang w:val="cs-CZ"/>
        </w:rPr>
        <w:t>☐</w:t>
      </w:r>
      <w:proofErr w:type="gramEnd"/>
      <w:r w:rsidRPr="00CC37CD">
        <w:rPr>
          <w:lang w:val="cs-CZ"/>
        </w:rPr>
        <w:t xml:space="preserve"> Ne / No</w:t>
      </w:r>
    </w:p>
    <w:p w14:paraId="676B81FA" w14:textId="318C96C0" w:rsidR="002725A2" w:rsidRPr="00CC37CD" w:rsidRDefault="002725A2" w:rsidP="002725A2">
      <w:pPr>
        <w:rPr>
          <w:lang w:val="cs-CZ"/>
        </w:rPr>
      </w:pPr>
      <w:r w:rsidRPr="00CC37CD">
        <w:rPr>
          <w:lang w:val="cs-CZ"/>
        </w:rPr>
        <w:t xml:space="preserve">Fotografie / vzorky </w:t>
      </w:r>
      <w:r w:rsidR="008801B3" w:rsidRPr="00CC37CD">
        <w:rPr>
          <w:lang w:val="cs-CZ"/>
        </w:rPr>
        <w:t>obdobných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výrobků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Photos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or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samples</w:t>
      </w:r>
      <w:proofErr w:type="spellEnd"/>
      <w:r w:rsidRPr="00CC37CD">
        <w:rPr>
          <w:lang w:val="cs-CZ"/>
        </w:rPr>
        <w:t xml:space="preserve"> of </w:t>
      </w:r>
      <w:proofErr w:type="spellStart"/>
      <w:r w:rsidRPr="00CC37CD">
        <w:rPr>
          <w:lang w:val="cs-CZ"/>
        </w:rPr>
        <w:t>similar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products</w:t>
      </w:r>
      <w:proofErr w:type="spellEnd"/>
      <w:r w:rsidRPr="00CC37CD">
        <w:rPr>
          <w:lang w:val="cs-CZ"/>
        </w:rPr>
        <w:t>:</w:t>
      </w:r>
    </w:p>
    <w:p w14:paraId="22664BC8" w14:textId="40279C1E" w:rsidR="002725A2" w:rsidRPr="00CC37CD" w:rsidRDefault="002725A2" w:rsidP="002725A2">
      <w:pPr>
        <w:rPr>
          <w:lang w:val="cs-CZ"/>
        </w:rPr>
      </w:pPr>
      <w:r w:rsidRPr="00CC37CD">
        <w:rPr>
          <w:rFonts w:ascii="Segoe UI Symbol" w:hAnsi="Segoe UI Symbol" w:cs="Segoe UI Symbol"/>
          <w:lang w:val="cs-CZ"/>
        </w:rPr>
        <w:t>☐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Přiloženo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Attached</w:t>
      </w:r>
      <w:proofErr w:type="spellEnd"/>
      <w:r w:rsidRPr="00CC37CD">
        <w:rPr>
          <w:lang w:val="cs-CZ"/>
        </w:rPr>
        <w:t xml:space="preserve">  </w:t>
      </w:r>
    </w:p>
    <w:p w14:paraId="44C01D57" w14:textId="77777777" w:rsidR="002725A2" w:rsidRPr="00CC37CD" w:rsidRDefault="002725A2">
      <w:pPr>
        <w:pStyle w:val="Nadpis3"/>
        <w:rPr>
          <w:lang w:val="cs-CZ"/>
        </w:rPr>
      </w:pPr>
    </w:p>
    <w:p w14:paraId="49E7AF36" w14:textId="3A70AC09" w:rsidR="001860BB" w:rsidRPr="00CC37CD" w:rsidRDefault="00C959EC">
      <w:pPr>
        <w:pStyle w:val="Nadpis3"/>
        <w:rPr>
          <w:lang w:val="cs-CZ"/>
        </w:rPr>
      </w:pPr>
      <w:r w:rsidRPr="00CC37CD">
        <w:rPr>
          <w:lang w:val="cs-CZ"/>
        </w:rPr>
        <w:t>3.</w:t>
      </w:r>
      <w:r w:rsidR="008801B3">
        <w:rPr>
          <w:lang w:val="cs-CZ"/>
        </w:rPr>
        <w:t>3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Kartonové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kufříky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Cardboard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cases</w:t>
      </w:r>
      <w:proofErr w:type="spellEnd"/>
      <w:r w:rsidR="00715F06" w:rsidRPr="00CC37CD">
        <w:rPr>
          <w:lang w:val="cs-CZ"/>
        </w:rPr>
        <w:t xml:space="preserve"> (cca délka </w:t>
      </w:r>
      <w:r w:rsidR="008801B3" w:rsidRPr="00CC37CD">
        <w:rPr>
          <w:lang w:val="cs-CZ"/>
        </w:rPr>
        <w:t>kufříků</w:t>
      </w:r>
      <w:r w:rsidR="00715F06" w:rsidRPr="00CC37CD">
        <w:rPr>
          <w:lang w:val="cs-CZ"/>
        </w:rPr>
        <w:t xml:space="preserve">: </w:t>
      </w:r>
      <w:proofErr w:type="gramStart"/>
      <w:r w:rsidR="00715F06" w:rsidRPr="00CC37CD">
        <w:rPr>
          <w:lang w:val="cs-CZ"/>
        </w:rPr>
        <w:t>35cm</w:t>
      </w:r>
      <w:proofErr w:type="gramEnd"/>
      <w:r w:rsidR="00715F06" w:rsidRPr="00CC37CD">
        <w:rPr>
          <w:lang w:val="cs-CZ"/>
        </w:rPr>
        <w:t xml:space="preserve">, 30 cm, </w:t>
      </w:r>
      <w:proofErr w:type="gramStart"/>
      <w:r w:rsidR="00715F06" w:rsidRPr="00CC37CD">
        <w:rPr>
          <w:lang w:val="cs-CZ"/>
        </w:rPr>
        <w:t>25cm</w:t>
      </w:r>
      <w:proofErr w:type="gramEnd"/>
      <w:r w:rsidR="00715F06" w:rsidRPr="00CC37CD">
        <w:rPr>
          <w:lang w:val="cs-CZ"/>
        </w:rPr>
        <w:t>)</w:t>
      </w:r>
    </w:p>
    <w:p w14:paraId="583984D4" w14:textId="4F58F227" w:rsidR="001860BB" w:rsidRPr="00CC37CD" w:rsidRDefault="00C959EC">
      <w:pPr>
        <w:rPr>
          <w:lang w:val="cs-CZ"/>
        </w:rPr>
      </w:pPr>
      <w:r w:rsidRPr="00CC37CD">
        <w:rPr>
          <w:lang w:val="cs-CZ"/>
        </w:rPr>
        <w:t>M</w:t>
      </w:r>
      <w:r w:rsidR="008801B3">
        <w:rPr>
          <w:lang w:val="cs-CZ"/>
        </w:rPr>
        <w:t>á</w:t>
      </w:r>
      <w:r w:rsidRPr="00CC37CD">
        <w:rPr>
          <w:lang w:val="cs-CZ"/>
        </w:rPr>
        <w:t xml:space="preserve">te </w:t>
      </w:r>
      <w:r w:rsidR="008801B3" w:rsidRPr="00CC37CD">
        <w:rPr>
          <w:lang w:val="cs-CZ"/>
        </w:rPr>
        <w:t>zkušenosti</w:t>
      </w:r>
      <w:r w:rsidRPr="00CC37CD">
        <w:rPr>
          <w:lang w:val="cs-CZ"/>
        </w:rPr>
        <w:t xml:space="preserve"> s </w:t>
      </w:r>
      <w:r w:rsidR="008801B3" w:rsidRPr="00CC37CD">
        <w:rPr>
          <w:lang w:val="cs-CZ"/>
        </w:rPr>
        <w:t>výrobou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tvarovaných</w:t>
      </w:r>
      <w:r w:rsidRPr="00CC37CD">
        <w:rPr>
          <w:lang w:val="cs-CZ"/>
        </w:rPr>
        <w:t xml:space="preserve"> obalu a krabic z </w:t>
      </w:r>
      <w:r w:rsidR="008801B3" w:rsidRPr="00CC37CD">
        <w:rPr>
          <w:lang w:val="cs-CZ"/>
        </w:rPr>
        <w:t>tuhé</w:t>
      </w:r>
      <w:r w:rsidRPr="00CC37CD">
        <w:rPr>
          <w:lang w:val="cs-CZ"/>
        </w:rPr>
        <w:t xml:space="preserve"> lepenky? / Do </w:t>
      </w:r>
      <w:proofErr w:type="spellStart"/>
      <w:r w:rsidRPr="00CC37CD">
        <w:rPr>
          <w:lang w:val="cs-CZ"/>
        </w:rPr>
        <w:t>you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have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experience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with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shaped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packaging</w:t>
      </w:r>
      <w:proofErr w:type="spellEnd"/>
      <w:r w:rsidRPr="00CC37CD">
        <w:rPr>
          <w:lang w:val="cs-CZ"/>
        </w:rPr>
        <w:t xml:space="preserve"> and </w:t>
      </w:r>
      <w:proofErr w:type="spellStart"/>
      <w:r w:rsidRPr="00CC37CD">
        <w:rPr>
          <w:lang w:val="cs-CZ"/>
        </w:rPr>
        <w:t>boxes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from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rigid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cardboard</w:t>
      </w:r>
      <w:proofErr w:type="spellEnd"/>
      <w:r w:rsidRPr="00CC37CD">
        <w:rPr>
          <w:lang w:val="cs-CZ"/>
        </w:rPr>
        <w:t>?</w:t>
      </w:r>
    </w:p>
    <w:p w14:paraId="31A9AD88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Ne / No</w:t>
      </w:r>
    </w:p>
    <w:p w14:paraId="37B4CAE6" w14:textId="319478E0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Typy </w:t>
      </w:r>
      <w:r w:rsidR="008801B3" w:rsidRPr="00CC37CD">
        <w:rPr>
          <w:lang w:val="cs-CZ"/>
        </w:rPr>
        <w:t>používaných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materiálu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Materials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used</w:t>
      </w:r>
      <w:proofErr w:type="spellEnd"/>
      <w:r w:rsidRPr="00CC37CD">
        <w:rPr>
          <w:lang w:val="cs-CZ"/>
        </w:rPr>
        <w:t>:</w:t>
      </w:r>
    </w:p>
    <w:p w14:paraId="2DD8BA10" w14:textId="18B6167A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Tuha lepenka / </w:t>
      </w:r>
      <w:proofErr w:type="spellStart"/>
      <w:r w:rsidRPr="00CC37CD">
        <w:rPr>
          <w:lang w:val="cs-CZ"/>
        </w:rPr>
        <w:t>Rigid</w:t>
      </w:r>
      <w:proofErr w:type="spellEnd"/>
      <w:r w:rsidRPr="00CC37CD">
        <w:rPr>
          <w:lang w:val="cs-CZ"/>
        </w:rPr>
        <w:t xml:space="preserve"> </w:t>
      </w:r>
      <w:proofErr w:type="spellStart"/>
      <w:proofErr w:type="gramStart"/>
      <w:r w:rsidRPr="00CC37CD">
        <w:rPr>
          <w:lang w:val="cs-CZ"/>
        </w:rPr>
        <w:t>cardboard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Vlnitá</w:t>
      </w:r>
      <w:r w:rsidRPr="00CC37CD">
        <w:rPr>
          <w:lang w:val="cs-CZ"/>
        </w:rPr>
        <w:t xml:space="preserve"> lepenka / </w:t>
      </w:r>
      <w:proofErr w:type="spellStart"/>
      <w:r w:rsidRPr="00CC37CD">
        <w:rPr>
          <w:lang w:val="cs-CZ"/>
        </w:rPr>
        <w:t>Corrugated</w:t>
      </w:r>
      <w:proofErr w:type="spellEnd"/>
      <w:r w:rsidRPr="00CC37CD">
        <w:rPr>
          <w:lang w:val="cs-CZ"/>
        </w:rPr>
        <w:t xml:space="preserve"> </w:t>
      </w:r>
      <w:proofErr w:type="spellStart"/>
      <w:proofErr w:type="gramStart"/>
      <w:r w:rsidRPr="00CC37CD">
        <w:rPr>
          <w:lang w:val="cs-CZ"/>
        </w:rPr>
        <w:t>cardboard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Potahovaný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papír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Coated</w:t>
      </w:r>
      <w:proofErr w:type="spellEnd"/>
      <w:r w:rsidRPr="00CC37CD">
        <w:rPr>
          <w:lang w:val="cs-CZ"/>
        </w:rPr>
        <w:t xml:space="preserve"> </w:t>
      </w:r>
      <w:proofErr w:type="spellStart"/>
      <w:proofErr w:type="gramStart"/>
      <w:r w:rsidRPr="00CC37CD">
        <w:rPr>
          <w:lang w:val="cs-CZ"/>
        </w:rPr>
        <w:t>paper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Plátno</w:t>
      </w:r>
      <w:r w:rsidRPr="00CC37CD">
        <w:rPr>
          <w:lang w:val="cs-CZ"/>
        </w:rPr>
        <w:t xml:space="preserve"> / </w:t>
      </w:r>
      <w:proofErr w:type="spellStart"/>
      <w:proofErr w:type="gramStart"/>
      <w:r w:rsidRPr="00CC37CD">
        <w:rPr>
          <w:lang w:val="cs-CZ"/>
        </w:rPr>
        <w:t>Canvas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Jin</w:t>
      </w:r>
      <w:r w:rsidR="008801B3">
        <w:rPr>
          <w:lang w:val="cs-CZ"/>
        </w:rPr>
        <w:t>é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Other</w:t>
      </w:r>
      <w:proofErr w:type="spellEnd"/>
      <w:r w:rsidRPr="00CC37CD">
        <w:rPr>
          <w:lang w:val="cs-CZ"/>
        </w:rPr>
        <w:t xml:space="preserve"> (</w:t>
      </w:r>
      <w:r w:rsidR="008801B3" w:rsidRPr="00CC37CD">
        <w:rPr>
          <w:lang w:val="cs-CZ"/>
        </w:rPr>
        <w:t>uveďte</w:t>
      </w:r>
      <w:r w:rsidRPr="00CC37CD">
        <w:rPr>
          <w:lang w:val="cs-CZ"/>
        </w:rPr>
        <w:t>):</w:t>
      </w:r>
    </w:p>
    <w:p w14:paraId="7940C871" w14:textId="297AFDC5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Kompletace </w:t>
      </w:r>
      <w:r w:rsidR="008801B3" w:rsidRPr="00CC37CD">
        <w:rPr>
          <w:lang w:val="cs-CZ"/>
        </w:rPr>
        <w:t>včetně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kovaní</w:t>
      </w:r>
      <w:r w:rsidRPr="00CC37CD">
        <w:rPr>
          <w:lang w:val="cs-CZ"/>
        </w:rPr>
        <w:t xml:space="preserve">, </w:t>
      </w:r>
      <w:r w:rsidR="008801B3" w:rsidRPr="00CC37CD">
        <w:rPr>
          <w:lang w:val="cs-CZ"/>
        </w:rPr>
        <w:t>úchyt</w:t>
      </w:r>
      <w:r w:rsidR="008801B3">
        <w:rPr>
          <w:lang w:val="cs-CZ"/>
        </w:rPr>
        <w:t>ů</w:t>
      </w:r>
      <w:r w:rsidRPr="00CC37CD">
        <w:rPr>
          <w:lang w:val="cs-CZ"/>
        </w:rPr>
        <w:t xml:space="preserve">, </w:t>
      </w:r>
      <w:r w:rsidR="008801B3" w:rsidRPr="00CC37CD">
        <w:rPr>
          <w:lang w:val="cs-CZ"/>
        </w:rPr>
        <w:t>uzávěru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Assembly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including</w:t>
      </w:r>
      <w:proofErr w:type="spellEnd"/>
      <w:r w:rsidRPr="00CC37CD">
        <w:rPr>
          <w:lang w:val="cs-CZ"/>
        </w:rPr>
        <w:t xml:space="preserve"> hardware, </w:t>
      </w:r>
      <w:proofErr w:type="spellStart"/>
      <w:r w:rsidRPr="00CC37CD">
        <w:rPr>
          <w:lang w:val="cs-CZ"/>
        </w:rPr>
        <w:t>handles</w:t>
      </w:r>
      <w:proofErr w:type="spellEnd"/>
      <w:r w:rsidRPr="00CC37CD">
        <w:rPr>
          <w:lang w:val="cs-CZ"/>
        </w:rPr>
        <w:t xml:space="preserve">, </w:t>
      </w:r>
      <w:proofErr w:type="spellStart"/>
      <w:r w:rsidRPr="00CC37CD">
        <w:rPr>
          <w:lang w:val="cs-CZ"/>
        </w:rPr>
        <w:t>closures</w:t>
      </w:r>
      <w:proofErr w:type="spellEnd"/>
      <w:r w:rsidRPr="00CC37CD">
        <w:rPr>
          <w:lang w:val="cs-CZ"/>
        </w:rPr>
        <w:t>:</w:t>
      </w:r>
    </w:p>
    <w:p w14:paraId="455686C5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Ne / No</w:t>
      </w:r>
    </w:p>
    <w:p w14:paraId="0E7B2BD6" w14:textId="152A20F4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Schopnost </w:t>
      </w:r>
      <w:r w:rsidR="008801B3" w:rsidRPr="00CC37CD">
        <w:rPr>
          <w:lang w:val="cs-CZ"/>
        </w:rPr>
        <w:t>výroby</w:t>
      </w:r>
      <w:r w:rsidRPr="00CC37CD">
        <w:rPr>
          <w:lang w:val="cs-CZ"/>
        </w:rPr>
        <w:t xml:space="preserve"> podle vzorku </w:t>
      </w:r>
      <w:r w:rsidR="008801B3" w:rsidRPr="00CC37CD">
        <w:rPr>
          <w:lang w:val="cs-CZ"/>
        </w:rPr>
        <w:t>zákazníka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Ability</w:t>
      </w:r>
      <w:proofErr w:type="spellEnd"/>
      <w:r w:rsidRPr="00CC37CD">
        <w:rPr>
          <w:lang w:val="cs-CZ"/>
        </w:rPr>
        <w:t xml:space="preserve"> to </w:t>
      </w:r>
      <w:proofErr w:type="spellStart"/>
      <w:r w:rsidRPr="00CC37CD">
        <w:rPr>
          <w:lang w:val="cs-CZ"/>
        </w:rPr>
        <w:t>produce</w:t>
      </w:r>
      <w:proofErr w:type="spellEnd"/>
      <w:r w:rsidRPr="00CC37CD">
        <w:rPr>
          <w:lang w:val="cs-CZ"/>
        </w:rPr>
        <w:t xml:space="preserve"> per </w:t>
      </w:r>
      <w:proofErr w:type="spellStart"/>
      <w:r w:rsidRPr="00CC37CD">
        <w:rPr>
          <w:lang w:val="cs-CZ"/>
        </w:rPr>
        <w:t>customer</w:t>
      </w:r>
      <w:proofErr w:type="spellEnd"/>
      <w:r w:rsidRPr="00CC37CD">
        <w:rPr>
          <w:lang w:val="cs-CZ"/>
        </w:rPr>
        <w:t xml:space="preserve"> sample:</w:t>
      </w:r>
    </w:p>
    <w:p w14:paraId="264D7527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Ne / No</w:t>
      </w:r>
    </w:p>
    <w:p w14:paraId="43871022" w14:textId="5889CBE9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Fotografie / vzorky </w:t>
      </w:r>
      <w:r w:rsidR="008801B3" w:rsidRPr="00CC37CD">
        <w:rPr>
          <w:lang w:val="cs-CZ"/>
        </w:rPr>
        <w:t>obdobných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výrobků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Photos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or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samples</w:t>
      </w:r>
      <w:proofErr w:type="spellEnd"/>
      <w:r w:rsidRPr="00CC37CD">
        <w:rPr>
          <w:lang w:val="cs-CZ"/>
        </w:rPr>
        <w:t xml:space="preserve"> of </w:t>
      </w:r>
      <w:proofErr w:type="spellStart"/>
      <w:r w:rsidRPr="00CC37CD">
        <w:rPr>
          <w:lang w:val="cs-CZ"/>
        </w:rPr>
        <w:t>similar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products</w:t>
      </w:r>
      <w:proofErr w:type="spellEnd"/>
      <w:r w:rsidRPr="00CC37CD">
        <w:rPr>
          <w:lang w:val="cs-CZ"/>
        </w:rPr>
        <w:t>:</w:t>
      </w:r>
    </w:p>
    <w:p w14:paraId="2F82BE85" w14:textId="2F2DA82B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</w:t>
      </w:r>
      <w:r w:rsidR="008801B3" w:rsidRPr="00CC37CD">
        <w:rPr>
          <w:lang w:val="cs-CZ"/>
        </w:rPr>
        <w:t>Přiloženo</w:t>
      </w:r>
      <w:r w:rsidRPr="00CC37CD">
        <w:rPr>
          <w:lang w:val="cs-CZ"/>
        </w:rPr>
        <w:t xml:space="preserve"> / </w:t>
      </w:r>
      <w:proofErr w:type="spellStart"/>
      <w:proofErr w:type="gramStart"/>
      <w:r w:rsidRPr="00CC37CD">
        <w:rPr>
          <w:lang w:val="cs-CZ"/>
        </w:rPr>
        <w:t>Attached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K dispozici na </w:t>
      </w:r>
      <w:r w:rsidR="00705A00" w:rsidRPr="00CC37CD">
        <w:rPr>
          <w:lang w:val="cs-CZ"/>
        </w:rPr>
        <w:t>vyžádaní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Available</w:t>
      </w:r>
      <w:proofErr w:type="spellEnd"/>
      <w:r w:rsidRPr="00CC37CD">
        <w:rPr>
          <w:lang w:val="cs-CZ"/>
        </w:rPr>
        <w:t xml:space="preserve"> on </w:t>
      </w:r>
      <w:proofErr w:type="spellStart"/>
      <w:r w:rsidRPr="00CC37CD">
        <w:rPr>
          <w:lang w:val="cs-CZ"/>
        </w:rPr>
        <w:t>request</w:t>
      </w:r>
      <w:proofErr w:type="spellEnd"/>
    </w:p>
    <w:p w14:paraId="45D3C9CF" w14:textId="77777777" w:rsidR="001860BB" w:rsidRPr="00CC37CD" w:rsidRDefault="001860BB">
      <w:pPr>
        <w:rPr>
          <w:lang w:val="cs-CZ"/>
        </w:rPr>
      </w:pPr>
    </w:p>
    <w:p w14:paraId="465ADB60" w14:textId="77777777" w:rsidR="002725A2" w:rsidRPr="00CC37CD" w:rsidRDefault="002725A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</w:pPr>
      <w:r w:rsidRPr="00CC37CD">
        <w:rPr>
          <w:lang w:val="cs-CZ"/>
        </w:rPr>
        <w:br w:type="page"/>
      </w:r>
    </w:p>
    <w:p w14:paraId="68F1EDB4" w14:textId="3D510B1E" w:rsidR="001860BB" w:rsidRPr="00CC37CD" w:rsidRDefault="00C959EC">
      <w:pPr>
        <w:pStyle w:val="Nadpis2"/>
        <w:rPr>
          <w:lang w:val="cs-CZ"/>
        </w:rPr>
      </w:pPr>
      <w:r w:rsidRPr="00CC37CD">
        <w:rPr>
          <w:lang w:val="cs-CZ"/>
        </w:rPr>
        <w:lastRenderedPageBreak/>
        <w:t>4. VYROBN</w:t>
      </w:r>
      <w:r w:rsidR="0035576A">
        <w:rPr>
          <w:lang w:val="cs-CZ"/>
        </w:rPr>
        <w:t>Í</w:t>
      </w:r>
      <w:r w:rsidRPr="00CC37CD">
        <w:rPr>
          <w:lang w:val="cs-CZ"/>
        </w:rPr>
        <w:t xml:space="preserve"> KAPACITY A TECHNOLOGIE / PRODUCTION CAPACITIES AND TECHNOLOGIES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4854"/>
      </w:tblGrid>
      <w:tr w:rsidR="001860BB" w:rsidRPr="00CC37CD" w14:paraId="72C0E9F3" w14:textId="77777777">
        <w:trPr>
          <w:jc w:val="center"/>
        </w:trPr>
        <w:tc>
          <w:tcPr>
            <w:tcW w:w="3600" w:type="dxa"/>
          </w:tcPr>
          <w:p w14:paraId="2438F4A0" w14:textId="32C2531B" w:rsidR="001860BB" w:rsidRPr="00CC37CD" w:rsidRDefault="003508DB">
            <w:pPr>
              <w:rPr>
                <w:lang w:val="cs-CZ"/>
              </w:rPr>
            </w:pPr>
            <w:r w:rsidRPr="00CC37CD">
              <w:rPr>
                <w:lang w:val="cs-CZ"/>
              </w:rPr>
              <w:t>Používané</w:t>
            </w:r>
            <w:r w:rsidR="00C959EC" w:rsidRPr="00CC37CD">
              <w:rPr>
                <w:lang w:val="cs-CZ"/>
              </w:rPr>
              <w:t xml:space="preserve"> technologie / Technologies </w:t>
            </w:r>
            <w:proofErr w:type="spellStart"/>
            <w:r w:rsidR="00C959EC" w:rsidRPr="00CC37CD">
              <w:rPr>
                <w:lang w:val="cs-CZ"/>
              </w:rPr>
              <w:t>used</w:t>
            </w:r>
            <w:proofErr w:type="spellEnd"/>
            <w:r w:rsidR="00C959EC" w:rsidRPr="00CC37CD">
              <w:rPr>
                <w:lang w:val="cs-CZ"/>
              </w:rPr>
              <w:t xml:space="preserve"> (stroje, linky, </w:t>
            </w:r>
            <w:r w:rsidRPr="00CC37CD">
              <w:rPr>
                <w:lang w:val="cs-CZ"/>
              </w:rPr>
              <w:t>ruční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práce</w:t>
            </w:r>
            <w:r w:rsidR="00C959EC" w:rsidRPr="00CC37CD">
              <w:rPr>
                <w:lang w:val="cs-CZ"/>
              </w:rPr>
              <w:t>)</w:t>
            </w:r>
          </w:p>
        </w:tc>
        <w:tc>
          <w:tcPr>
            <w:tcW w:w="5040" w:type="dxa"/>
          </w:tcPr>
          <w:p w14:paraId="380D569F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B614138" w14:textId="77777777">
        <w:trPr>
          <w:jc w:val="center"/>
        </w:trPr>
        <w:tc>
          <w:tcPr>
            <w:tcW w:w="3600" w:type="dxa"/>
          </w:tcPr>
          <w:p w14:paraId="6DDC0776" w14:textId="1A2538C3" w:rsidR="001860BB" w:rsidRPr="00CC37CD" w:rsidRDefault="003508DB">
            <w:pPr>
              <w:rPr>
                <w:lang w:val="cs-CZ"/>
              </w:rPr>
            </w:pPr>
            <w:r w:rsidRPr="00CC37CD">
              <w:rPr>
                <w:lang w:val="cs-CZ"/>
              </w:rPr>
              <w:t>Výrobní</w:t>
            </w:r>
            <w:r w:rsidR="00C959EC" w:rsidRPr="00CC37CD">
              <w:rPr>
                <w:lang w:val="cs-CZ"/>
              </w:rPr>
              <w:t xml:space="preserve"> kapacita (ks/</w:t>
            </w:r>
            <w:r w:rsidRPr="00CC37CD">
              <w:rPr>
                <w:lang w:val="cs-CZ"/>
              </w:rPr>
              <w:t>měsíc</w:t>
            </w:r>
            <w:r w:rsidR="00C959EC" w:rsidRPr="00CC37CD">
              <w:rPr>
                <w:lang w:val="cs-CZ"/>
              </w:rPr>
              <w:t xml:space="preserve"> nebo ks/</w:t>
            </w:r>
            <w:r w:rsidRPr="00CC37CD">
              <w:rPr>
                <w:lang w:val="cs-CZ"/>
              </w:rPr>
              <w:t>týden</w:t>
            </w:r>
            <w:r w:rsidR="00C959EC" w:rsidRPr="00CC37CD">
              <w:rPr>
                <w:lang w:val="cs-CZ"/>
              </w:rPr>
              <w:t xml:space="preserve">) / </w:t>
            </w:r>
            <w:proofErr w:type="spellStart"/>
            <w:r w:rsidR="00C959EC" w:rsidRPr="00CC37CD">
              <w:rPr>
                <w:lang w:val="cs-CZ"/>
              </w:rPr>
              <w:t>Production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capacity</w:t>
            </w:r>
            <w:proofErr w:type="spellEnd"/>
            <w:r w:rsidR="00C959EC" w:rsidRPr="00CC37CD">
              <w:rPr>
                <w:lang w:val="cs-CZ"/>
              </w:rPr>
              <w:t xml:space="preserve"> (</w:t>
            </w:r>
            <w:proofErr w:type="spellStart"/>
            <w:r w:rsidR="00C959EC" w:rsidRPr="00CC37CD">
              <w:rPr>
                <w:lang w:val="cs-CZ"/>
              </w:rPr>
              <w:t>pcs</w:t>
            </w:r>
            <w:proofErr w:type="spellEnd"/>
            <w:r w:rsidR="00C959EC" w:rsidRPr="00CC37CD">
              <w:rPr>
                <w:lang w:val="cs-CZ"/>
              </w:rPr>
              <w:t>/</w:t>
            </w:r>
            <w:proofErr w:type="spellStart"/>
            <w:r w:rsidR="00C959EC" w:rsidRPr="00CC37CD">
              <w:rPr>
                <w:lang w:val="cs-CZ"/>
              </w:rPr>
              <w:t>month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or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pcs</w:t>
            </w:r>
            <w:proofErr w:type="spellEnd"/>
            <w:r w:rsidR="00C959EC" w:rsidRPr="00CC37CD">
              <w:rPr>
                <w:lang w:val="cs-CZ"/>
              </w:rPr>
              <w:t>/</w:t>
            </w:r>
            <w:proofErr w:type="spellStart"/>
            <w:r w:rsidR="00C959EC" w:rsidRPr="00CC37CD">
              <w:rPr>
                <w:lang w:val="cs-CZ"/>
              </w:rPr>
              <w:t>week</w:t>
            </w:r>
            <w:proofErr w:type="spellEnd"/>
            <w:r w:rsidR="00C959EC" w:rsidRPr="00CC37CD">
              <w:rPr>
                <w:lang w:val="cs-CZ"/>
              </w:rPr>
              <w:t>)</w:t>
            </w:r>
          </w:p>
        </w:tc>
        <w:tc>
          <w:tcPr>
            <w:tcW w:w="5040" w:type="dxa"/>
          </w:tcPr>
          <w:p w14:paraId="2D172132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2EA2B6D5" w14:textId="77777777">
        <w:trPr>
          <w:jc w:val="center"/>
        </w:trPr>
        <w:tc>
          <w:tcPr>
            <w:tcW w:w="3600" w:type="dxa"/>
          </w:tcPr>
          <w:p w14:paraId="0D0FFB2E" w14:textId="7FEE5D7F" w:rsidR="001860BB" w:rsidRPr="00CC37CD" w:rsidRDefault="003508DB">
            <w:pPr>
              <w:rPr>
                <w:lang w:val="cs-CZ"/>
              </w:rPr>
            </w:pPr>
            <w:r w:rsidRPr="00CC37CD">
              <w:rPr>
                <w:lang w:val="cs-CZ"/>
              </w:rPr>
              <w:t>Minimální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objednatelné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množství</w:t>
            </w:r>
            <w:r w:rsidR="00C959EC" w:rsidRPr="00CC37CD">
              <w:rPr>
                <w:lang w:val="cs-CZ"/>
              </w:rPr>
              <w:t xml:space="preserve"> (MOQ) / Minimum </w:t>
            </w:r>
            <w:proofErr w:type="spellStart"/>
            <w:r w:rsidR="00C959EC" w:rsidRPr="00CC37CD">
              <w:rPr>
                <w:lang w:val="cs-CZ"/>
              </w:rPr>
              <w:t>order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quantity</w:t>
            </w:r>
            <w:proofErr w:type="spellEnd"/>
            <w:r w:rsidR="00C959EC" w:rsidRPr="00CC37CD">
              <w:rPr>
                <w:lang w:val="cs-CZ"/>
              </w:rPr>
              <w:t xml:space="preserve"> (MOQ)</w:t>
            </w:r>
          </w:p>
        </w:tc>
        <w:tc>
          <w:tcPr>
            <w:tcW w:w="5040" w:type="dxa"/>
          </w:tcPr>
          <w:p w14:paraId="3923D4AD" w14:textId="2B8B6EA7" w:rsidR="001860BB" w:rsidRPr="00CC37CD" w:rsidRDefault="002725A2">
            <w:pPr>
              <w:rPr>
                <w:lang w:val="cs-CZ"/>
              </w:rPr>
            </w:pPr>
            <w:r w:rsidRPr="00CC37CD">
              <w:rPr>
                <w:lang w:val="cs-CZ"/>
              </w:rPr>
              <w:t>Aktuální poptávka: 40 ks kufříků /1. objednávka</w:t>
            </w:r>
          </w:p>
        </w:tc>
      </w:tr>
      <w:tr w:rsidR="001860BB" w:rsidRPr="00CC37CD" w14:paraId="52C5AB4E" w14:textId="77777777">
        <w:trPr>
          <w:jc w:val="center"/>
        </w:trPr>
        <w:tc>
          <w:tcPr>
            <w:tcW w:w="3600" w:type="dxa"/>
          </w:tcPr>
          <w:p w14:paraId="334CD5E2" w14:textId="76F32516" w:rsidR="001860BB" w:rsidRPr="00CC37CD" w:rsidRDefault="002725A2">
            <w:pPr>
              <w:rPr>
                <w:lang w:val="cs-CZ"/>
              </w:rPr>
            </w:pPr>
            <w:r w:rsidRPr="00CC37CD">
              <w:rPr>
                <w:lang w:val="cs-CZ"/>
              </w:rPr>
              <w:t xml:space="preserve">Dodací lhůta /1-2 měsíce </w:t>
            </w:r>
          </w:p>
        </w:tc>
        <w:tc>
          <w:tcPr>
            <w:tcW w:w="5040" w:type="dxa"/>
          </w:tcPr>
          <w:p w14:paraId="25B6040A" w14:textId="77777777" w:rsidR="001860BB" w:rsidRPr="00CC37CD" w:rsidRDefault="00C959EC">
            <w:pPr>
              <w:rPr>
                <w:lang w:val="cs-CZ"/>
              </w:rPr>
            </w:pPr>
            <w:r w:rsidRPr="00CC37CD">
              <w:rPr>
                <w:lang w:val="cs-CZ"/>
              </w:rPr>
              <w:t>☐</w:t>
            </w:r>
            <w:r w:rsidRPr="00CC37CD">
              <w:rPr>
                <w:lang w:val="cs-CZ"/>
              </w:rPr>
              <w:t xml:space="preserve"> Ano / </w:t>
            </w:r>
            <w:proofErr w:type="spellStart"/>
            <w:proofErr w:type="gramStart"/>
            <w:r w:rsidRPr="00CC37CD">
              <w:rPr>
                <w:lang w:val="cs-CZ"/>
              </w:rPr>
              <w:t>Yes</w:t>
            </w:r>
            <w:proofErr w:type="spellEnd"/>
            <w:r w:rsidRPr="00CC37CD">
              <w:rPr>
                <w:lang w:val="cs-CZ"/>
              </w:rPr>
              <w:t xml:space="preserve">  ☐</w:t>
            </w:r>
            <w:proofErr w:type="gramEnd"/>
            <w:r w:rsidRPr="00CC37CD">
              <w:rPr>
                <w:lang w:val="cs-CZ"/>
              </w:rPr>
              <w:t xml:space="preserve"> Ne / No</w:t>
            </w:r>
          </w:p>
        </w:tc>
      </w:tr>
      <w:tr w:rsidR="001860BB" w:rsidRPr="00CC37CD" w14:paraId="235CEA81" w14:textId="77777777">
        <w:trPr>
          <w:jc w:val="center"/>
        </w:trPr>
        <w:tc>
          <w:tcPr>
            <w:tcW w:w="3600" w:type="dxa"/>
          </w:tcPr>
          <w:p w14:paraId="0449A79B" w14:textId="1206C840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Dodací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lhůta</w:t>
            </w:r>
            <w:r w:rsidR="00C959EC" w:rsidRPr="00CC37CD">
              <w:rPr>
                <w:lang w:val="cs-CZ"/>
              </w:rPr>
              <w:t xml:space="preserve"> pro vzorek / Sample lead </w:t>
            </w:r>
            <w:proofErr w:type="spellStart"/>
            <w:r w:rsidR="00C959EC" w:rsidRPr="00CC37CD">
              <w:rPr>
                <w:lang w:val="cs-CZ"/>
              </w:rPr>
              <w:t>time</w:t>
            </w:r>
            <w:proofErr w:type="spellEnd"/>
          </w:p>
        </w:tc>
        <w:tc>
          <w:tcPr>
            <w:tcW w:w="5040" w:type="dxa"/>
          </w:tcPr>
          <w:p w14:paraId="18AF97BD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6FD22A1" w14:textId="77777777">
        <w:trPr>
          <w:jc w:val="center"/>
        </w:trPr>
        <w:tc>
          <w:tcPr>
            <w:tcW w:w="3600" w:type="dxa"/>
          </w:tcPr>
          <w:p w14:paraId="3E9D1D39" w14:textId="17277CE1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Dodací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lhůta</w:t>
            </w:r>
            <w:r w:rsidR="00C959EC" w:rsidRPr="00CC37CD">
              <w:rPr>
                <w:lang w:val="cs-CZ"/>
              </w:rPr>
              <w:t xml:space="preserve"> pro </w:t>
            </w:r>
            <w:r w:rsidRPr="00CC37CD">
              <w:rPr>
                <w:lang w:val="cs-CZ"/>
              </w:rPr>
              <w:t>sériovou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výrobu</w:t>
            </w:r>
            <w:r w:rsidR="00C959EC" w:rsidRPr="00CC37CD">
              <w:rPr>
                <w:lang w:val="cs-CZ"/>
              </w:rPr>
              <w:t xml:space="preserve"> / </w:t>
            </w:r>
            <w:proofErr w:type="spellStart"/>
            <w:r w:rsidR="00C959EC" w:rsidRPr="00CC37CD">
              <w:rPr>
                <w:lang w:val="cs-CZ"/>
              </w:rPr>
              <w:t>Serial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production</w:t>
            </w:r>
            <w:proofErr w:type="spellEnd"/>
            <w:r w:rsidR="00C959EC" w:rsidRPr="00CC37CD">
              <w:rPr>
                <w:lang w:val="cs-CZ"/>
              </w:rPr>
              <w:t xml:space="preserve"> lead </w:t>
            </w:r>
            <w:proofErr w:type="spellStart"/>
            <w:r w:rsidR="00C959EC" w:rsidRPr="00CC37CD">
              <w:rPr>
                <w:lang w:val="cs-CZ"/>
              </w:rPr>
              <w:t>time</w:t>
            </w:r>
            <w:proofErr w:type="spellEnd"/>
          </w:p>
        </w:tc>
        <w:tc>
          <w:tcPr>
            <w:tcW w:w="5040" w:type="dxa"/>
          </w:tcPr>
          <w:p w14:paraId="2C76DCB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0B2247F9" w14:textId="77777777">
        <w:trPr>
          <w:jc w:val="center"/>
        </w:trPr>
        <w:tc>
          <w:tcPr>
            <w:tcW w:w="3600" w:type="dxa"/>
          </w:tcPr>
          <w:p w14:paraId="18265A66" w14:textId="78404A46" w:rsidR="001860BB" w:rsidRPr="00CC37CD" w:rsidRDefault="00C959EC">
            <w:pPr>
              <w:rPr>
                <w:lang w:val="cs-CZ"/>
              </w:rPr>
            </w:pPr>
            <w:r w:rsidRPr="00CC37CD">
              <w:rPr>
                <w:lang w:val="cs-CZ"/>
              </w:rPr>
              <w:t>Mo</w:t>
            </w:r>
            <w:r w:rsidR="0035576A">
              <w:rPr>
                <w:lang w:val="cs-CZ"/>
              </w:rPr>
              <w:t>ž</w:t>
            </w:r>
            <w:r w:rsidRPr="00CC37CD">
              <w:rPr>
                <w:lang w:val="cs-CZ"/>
              </w:rPr>
              <w:t xml:space="preserve">nost </w:t>
            </w:r>
            <w:r w:rsidR="0035576A" w:rsidRPr="00CC37CD">
              <w:rPr>
                <w:lang w:val="cs-CZ"/>
              </w:rPr>
              <w:t>opakované</w:t>
            </w:r>
            <w:r w:rsidRPr="00CC37CD">
              <w:rPr>
                <w:lang w:val="cs-CZ"/>
              </w:rPr>
              <w:t xml:space="preserve"> </w:t>
            </w:r>
            <w:r w:rsidR="0035576A" w:rsidRPr="00CC37CD">
              <w:rPr>
                <w:lang w:val="cs-CZ"/>
              </w:rPr>
              <w:t>výroby</w:t>
            </w:r>
            <w:r w:rsidRPr="00CC37CD">
              <w:rPr>
                <w:lang w:val="cs-CZ"/>
              </w:rPr>
              <w:t xml:space="preserve"> / </w:t>
            </w:r>
            <w:proofErr w:type="spellStart"/>
            <w:r w:rsidRPr="00CC37CD">
              <w:rPr>
                <w:lang w:val="cs-CZ"/>
              </w:rPr>
              <w:t>Repeat</w:t>
            </w:r>
            <w:proofErr w:type="spellEnd"/>
            <w:r w:rsidRPr="00CC37CD">
              <w:rPr>
                <w:lang w:val="cs-CZ"/>
              </w:rPr>
              <w:t xml:space="preserve"> </w:t>
            </w:r>
            <w:proofErr w:type="spellStart"/>
            <w:r w:rsidRPr="00CC37CD">
              <w:rPr>
                <w:lang w:val="cs-CZ"/>
              </w:rPr>
              <w:t>production</w:t>
            </w:r>
            <w:proofErr w:type="spellEnd"/>
            <w:r w:rsidRPr="00CC37CD">
              <w:rPr>
                <w:lang w:val="cs-CZ"/>
              </w:rPr>
              <w:t xml:space="preserve"> </w:t>
            </w:r>
            <w:proofErr w:type="spellStart"/>
            <w:r w:rsidRPr="00CC37CD">
              <w:rPr>
                <w:lang w:val="cs-CZ"/>
              </w:rPr>
              <w:t>capability</w:t>
            </w:r>
            <w:proofErr w:type="spellEnd"/>
          </w:p>
        </w:tc>
        <w:tc>
          <w:tcPr>
            <w:tcW w:w="5040" w:type="dxa"/>
          </w:tcPr>
          <w:p w14:paraId="1266C1B7" w14:textId="77777777" w:rsidR="001860BB" w:rsidRPr="00CC37CD" w:rsidRDefault="00C959EC">
            <w:pPr>
              <w:rPr>
                <w:lang w:val="cs-CZ"/>
              </w:rPr>
            </w:pPr>
            <w:r w:rsidRPr="00CC37CD">
              <w:rPr>
                <w:lang w:val="cs-CZ"/>
              </w:rPr>
              <w:t>☐</w:t>
            </w:r>
            <w:r w:rsidRPr="00CC37CD">
              <w:rPr>
                <w:lang w:val="cs-CZ"/>
              </w:rPr>
              <w:t xml:space="preserve"> Ano / </w:t>
            </w:r>
            <w:proofErr w:type="spellStart"/>
            <w:proofErr w:type="gramStart"/>
            <w:r w:rsidRPr="00CC37CD">
              <w:rPr>
                <w:lang w:val="cs-CZ"/>
              </w:rPr>
              <w:t>Yes</w:t>
            </w:r>
            <w:proofErr w:type="spellEnd"/>
            <w:r w:rsidRPr="00CC37CD">
              <w:rPr>
                <w:lang w:val="cs-CZ"/>
              </w:rPr>
              <w:t xml:space="preserve">  ☐</w:t>
            </w:r>
            <w:proofErr w:type="gramEnd"/>
            <w:r w:rsidRPr="00CC37CD">
              <w:rPr>
                <w:lang w:val="cs-CZ"/>
              </w:rPr>
              <w:t xml:space="preserve"> Ne / No</w:t>
            </w:r>
          </w:p>
        </w:tc>
      </w:tr>
      <w:tr w:rsidR="001860BB" w:rsidRPr="00CC37CD" w14:paraId="6C38E231" w14:textId="77777777">
        <w:trPr>
          <w:jc w:val="center"/>
        </w:trPr>
        <w:tc>
          <w:tcPr>
            <w:tcW w:w="4703" w:type="dxa"/>
          </w:tcPr>
          <w:p w14:paraId="3D2FE1AA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4703" w:type="dxa"/>
          </w:tcPr>
          <w:p w14:paraId="70F11829" w14:textId="77777777" w:rsidR="001860BB" w:rsidRPr="00CC37CD" w:rsidRDefault="001860BB">
            <w:pPr>
              <w:rPr>
                <w:lang w:val="cs-CZ"/>
              </w:rPr>
            </w:pPr>
          </w:p>
        </w:tc>
      </w:tr>
    </w:tbl>
    <w:p w14:paraId="5D4A5108" w14:textId="77777777" w:rsidR="001860BB" w:rsidRPr="00CC37CD" w:rsidRDefault="001860BB">
      <w:pPr>
        <w:rPr>
          <w:lang w:val="cs-CZ"/>
        </w:rPr>
      </w:pPr>
    </w:p>
    <w:p w14:paraId="05890BC9" w14:textId="5E9B87C9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Reference z </w:t>
      </w:r>
      <w:r w:rsidR="0035576A" w:rsidRPr="00CC37CD">
        <w:rPr>
          <w:lang w:val="cs-CZ"/>
        </w:rPr>
        <w:t>podobných</w:t>
      </w:r>
      <w:r w:rsidRPr="00CC37CD">
        <w:rPr>
          <w:lang w:val="cs-CZ"/>
        </w:rPr>
        <w:t xml:space="preserve"> projektu (lze uv</w:t>
      </w:r>
      <w:r w:rsidR="0035576A">
        <w:rPr>
          <w:lang w:val="cs-CZ"/>
        </w:rPr>
        <w:t>é</w:t>
      </w:r>
      <w:r w:rsidRPr="00CC37CD">
        <w:rPr>
          <w:lang w:val="cs-CZ"/>
        </w:rPr>
        <w:t xml:space="preserve">st </w:t>
      </w:r>
      <w:r w:rsidR="0035576A" w:rsidRPr="00CC37CD">
        <w:rPr>
          <w:lang w:val="cs-CZ"/>
        </w:rPr>
        <w:t>anonymně</w:t>
      </w:r>
      <w:r w:rsidRPr="00CC37CD">
        <w:rPr>
          <w:lang w:val="cs-CZ"/>
        </w:rPr>
        <w:t xml:space="preserve">) / </w:t>
      </w:r>
      <w:proofErr w:type="spellStart"/>
      <w:r w:rsidRPr="00CC37CD">
        <w:rPr>
          <w:lang w:val="cs-CZ"/>
        </w:rPr>
        <w:t>References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from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similar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projects</w:t>
      </w:r>
      <w:proofErr w:type="spellEnd"/>
      <w:r w:rsidRPr="00CC37CD">
        <w:rPr>
          <w:lang w:val="cs-CZ"/>
        </w:rPr>
        <w:t xml:space="preserve"> (</w:t>
      </w:r>
      <w:proofErr w:type="spellStart"/>
      <w:r w:rsidRPr="00CC37CD">
        <w:rPr>
          <w:lang w:val="cs-CZ"/>
        </w:rPr>
        <w:t>can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be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anonymous</w:t>
      </w:r>
      <w:proofErr w:type="spellEnd"/>
      <w:r w:rsidRPr="00CC37CD">
        <w:rPr>
          <w:lang w:val="cs-CZ"/>
        </w:rPr>
        <w:t>):</w:t>
      </w:r>
    </w:p>
    <w:p w14:paraId="7595D204" w14:textId="77777777" w:rsidR="001860BB" w:rsidRPr="00CC37CD" w:rsidRDefault="001860BB">
      <w:pPr>
        <w:rPr>
          <w:lang w:val="cs-CZ"/>
        </w:rPr>
      </w:pPr>
    </w:p>
    <w:p w14:paraId="5AFABDDB" w14:textId="1E09CC8B" w:rsidR="001860BB" w:rsidRPr="00CC37CD" w:rsidRDefault="00715F06">
      <w:pPr>
        <w:pStyle w:val="Nadpis2"/>
        <w:rPr>
          <w:lang w:val="cs-CZ"/>
        </w:rPr>
      </w:pPr>
      <w:r w:rsidRPr="00CC37CD">
        <w:rPr>
          <w:lang w:val="cs-CZ"/>
        </w:rPr>
        <w:t>5. CENA A OBCHODN</w:t>
      </w:r>
      <w:r w:rsidR="0035576A">
        <w:rPr>
          <w:lang w:val="cs-CZ"/>
        </w:rPr>
        <w:t>Í</w:t>
      </w:r>
      <w:r w:rsidRPr="00CC37CD">
        <w:rPr>
          <w:lang w:val="cs-CZ"/>
        </w:rPr>
        <w:t xml:space="preserve"> PODM</w:t>
      </w:r>
      <w:r w:rsidR="0035576A">
        <w:rPr>
          <w:lang w:val="cs-CZ"/>
        </w:rPr>
        <w:t>Í</w:t>
      </w:r>
      <w:r w:rsidRPr="00CC37CD">
        <w:rPr>
          <w:lang w:val="cs-CZ"/>
        </w:rPr>
        <w:t>NKY / PRICING AND COMMERCIAL TERMS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63"/>
        <w:gridCol w:w="4833"/>
      </w:tblGrid>
      <w:tr w:rsidR="001860BB" w:rsidRPr="00CC37CD" w14:paraId="27348B32" w14:textId="77777777">
        <w:trPr>
          <w:jc w:val="center"/>
        </w:trPr>
        <w:tc>
          <w:tcPr>
            <w:tcW w:w="3600" w:type="dxa"/>
          </w:tcPr>
          <w:p w14:paraId="60525020" w14:textId="77D9808E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Orientační</w:t>
            </w:r>
            <w:r w:rsidR="00C959EC" w:rsidRPr="00CC37CD">
              <w:rPr>
                <w:lang w:val="cs-CZ"/>
              </w:rPr>
              <w:t xml:space="preserve"> cena za vzorek / </w:t>
            </w:r>
            <w:proofErr w:type="spellStart"/>
            <w:r w:rsidR="00C959EC" w:rsidRPr="00CC37CD">
              <w:rPr>
                <w:lang w:val="cs-CZ"/>
              </w:rPr>
              <w:t>Approximate</w:t>
            </w:r>
            <w:proofErr w:type="spellEnd"/>
            <w:r w:rsidR="00C959EC" w:rsidRPr="00CC37CD">
              <w:rPr>
                <w:lang w:val="cs-CZ"/>
              </w:rPr>
              <w:t xml:space="preserve"> sample </w:t>
            </w:r>
            <w:proofErr w:type="spellStart"/>
            <w:r w:rsidR="00C959EC" w:rsidRPr="00CC37CD">
              <w:rPr>
                <w:lang w:val="cs-CZ"/>
              </w:rPr>
              <w:t>cost</w:t>
            </w:r>
            <w:proofErr w:type="spellEnd"/>
          </w:p>
        </w:tc>
        <w:tc>
          <w:tcPr>
            <w:tcW w:w="5040" w:type="dxa"/>
          </w:tcPr>
          <w:p w14:paraId="50D8C619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241E19C5" w14:textId="77777777">
        <w:trPr>
          <w:jc w:val="center"/>
        </w:trPr>
        <w:tc>
          <w:tcPr>
            <w:tcW w:w="3600" w:type="dxa"/>
          </w:tcPr>
          <w:p w14:paraId="25CCB609" w14:textId="1DFEF6CC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Orientační</w:t>
            </w:r>
            <w:r w:rsidR="00C959EC" w:rsidRPr="00CC37CD">
              <w:rPr>
                <w:lang w:val="cs-CZ"/>
              </w:rPr>
              <w:t xml:space="preserve"> cena za </w:t>
            </w:r>
            <w:r w:rsidRPr="00CC37CD">
              <w:rPr>
                <w:lang w:val="cs-CZ"/>
              </w:rPr>
              <w:t>sérii</w:t>
            </w:r>
            <w:r w:rsidR="00C959EC" w:rsidRPr="00CC37CD">
              <w:rPr>
                <w:lang w:val="cs-CZ"/>
              </w:rPr>
              <w:t xml:space="preserve"> (</w:t>
            </w:r>
            <w:r w:rsidRPr="00CC37CD">
              <w:rPr>
                <w:lang w:val="cs-CZ"/>
              </w:rPr>
              <w:t>uveďte</w:t>
            </w:r>
            <w:r w:rsidR="00C959EC" w:rsidRPr="00CC37CD">
              <w:rPr>
                <w:lang w:val="cs-CZ"/>
              </w:rPr>
              <w:t xml:space="preserve"> rozsah) / </w:t>
            </w:r>
            <w:proofErr w:type="spellStart"/>
            <w:r w:rsidR="00C959EC" w:rsidRPr="00CC37CD">
              <w:rPr>
                <w:lang w:val="cs-CZ"/>
              </w:rPr>
              <w:t>Approximate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series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price</w:t>
            </w:r>
            <w:proofErr w:type="spellEnd"/>
            <w:r w:rsidR="00C959EC" w:rsidRPr="00CC37CD">
              <w:rPr>
                <w:lang w:val="cs-CZ"/>
              </w:rPr>
              <w:t xml:space="preserve"> (</w:t>
            </w:r>
            <w:proofErr w:type="spellStart"/>
            <w:r w:rsidR="00C959EC" w:rsidRPr="00CC37CD">
              <w:rPr>
                <w:lang w:val="cs-CZ"/>
              </w:rPr>
              <w:t>specify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range</w:t>
            </w:r>
            <w:proofErr w:type="spellEnd"/>
            <w:r w:rsidR="00C959EC" w:rsidRPr="00CC37CD">
              <w:rPr>
                <w:lang w:val="cs-CZ"/>
              </w:rPr>
              <w:t>)</w:t>
            </w:r>
          </w:p>
        </w:tc>
        <w:tc>
          <w:tcPr>
            <w:tcW w:w="5040" w:type="dxa"/>
          </w:tcPr>
          <w:p w14:paraId="39704BF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DCEBE19" w14:textId="77777777">
        <w:trPr>
          <w:jc w:val="center"/>
        </w:trPr>
        <w:tc>
          <w:tcPr>
            <w:tcW w:w="3600" w:type="dxa"/>
          </w:tcPr>
          <w:p w14:paraId="31CF5D67" w14:textId="6E56DE57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Obchodní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podmínky</w:t>
            </w:r>
            <w:r w:rsidR="00C959EC" w:rsidRPr="00CC37CD">
              <w:rPr>
                <w:lang w:val="cs-CZ"/>
              </w:rPr>
              <w:t xml:space="preserve"> (</w:t>
            </w:r>
            <w:proofErr w:type="spellStart"/>
            <w:r w:rsidR="00C959EC" w:rsidRPr="00CC37CD">
              <w:rPr>
                <w:lang w:val="cs-CZ"/>
              </w:rPr>
              <w:t>Incoterms</w:t>
            </w:r>
            <w:proofErr w:type="spellEnd"/>
            <w:r w:rsidR="00C959EC" w:rsidRPr="00CC37CD">
              <w:rPr>
                <w:lang w:val="cs-CZ"/>
              </w:rPr>
              <w:t xml:space="preserve">) / Commercial </w:t>
            </w:r>
            <w:proofErr w:type="spellStart"/>
            <w:r w:rsidR="00C959EC" w:rsidRPr="00CC37CD">
              <w:rPr>
                <w:lang w:val="cs-CZ"/>
              </w:rPr>
              <w:t>terms</w:t>
            </w:r>
            <w:proofErr w:type="spellEnd"/>
            <w:r w:rsidR="00C959EC" w:rsidRPr="00CC37CD">
              <w:rPr>
                <w:lang w:val="cs-CZ"/>
              </w:rPr>
              <w:t xml:space="preserve"> (</w:t>
            </w:r>
            <w:proofErr w:type="spellStart"/>
            <w:r w:rsidR="00C959EC" w:rsidRPr="00CC37CD">
              <w:rPr>
                <w:lang w:val="cs-CZ"/>
              </w:rPr>
              <w:t>Incoterms</w:t>
            </w:r>
            <w:proofErr w:type="spellEnd"/>
            <w:r w:rsidR="00C959EC" w:rsidRPr="00CC37CD">
              <w:rPr>
                <w:lang w:val="cs-CZ"/>
              </w:rPr>
              <w:t>)</w:t>
            </w:r>
          </w:p>
        </w:tc>
        <w:tc>
          <w:tcPr>
            <w:tcW w:w="5040" w:type="dxa"/>
          </w:tcPr>
          <w:p w14:paraId="7B3F1327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481B0CA" w14:textId="77777777">
        <w:trPr>
          <w:jc w:val="center"/>
        </w:trPr>
        <w:tc>
          <w:tcPr>
            <w:tcW w:w="3600" w:type="dxa"/>
          </w:tcPr>
          <w:p w14:paraId="3F5F9388" w14:textId="5D64004B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Platební</w:t>
            </w:r>
            <w:r w:rsidR="00C959EC" w:rsidRPr="00CC37CD">
              <w:rPr>
                <w:lang w:val="cs-CZ"/>
              </w:rPr>
              <w:t xml:space="preserve"> </w:t>
            </w:r>
            <w:r w:rsidRPr="00CC37CD">
              <w:rPr>
                <w:lang w:val="cs-CZ"/>
              </w:rPr>
              <w:t>podmínky</w:t>
            </w:r>
            <w:r w:rsidR="00C959EC" w:rsidRPr="00CC37CD">
              <w:rPr>
                <w:lang w:val="cs-CZ"/>
              </w:rPr>
              <w:t xml:space="preserve"> / </w:t>
            </w:r>
            <w:proofErr w:type="spellStart"/>
            <w:r w:rsidR="00C959EC" w:rsidRPr="00CC37CD">
              <w:rPr>
                <w:lang w:val="cs-CZ"/>
              </w:rPr>
              <w:t>Payment</w:t>
            </w:r>
            <w:proofErr w:type="spellEnd"/>
            <w:r w:rsidR="00C959EC" w:rsidRPr="00CC37CD">
              <w:rPr>
                <w:lang w:val="cs-CZ"/>
              </w:rPr>
              <w:t xml:space="preserve"> </w:t>
            </w:r>
            <w:proofErr w:type="spellStart"/>
            <w:r w:rsidR="00C959EC" w:rsidRPr="00CC37CD">
              <w:rPr>
                <w:lang w:val="cs-CZ"/>
              </w:rPr>
              <w:t>terms</w:t>
            </w:r>
            <w:proofErr w:type="spellEnd"/>
          </w:p>
        </w:tc>
        <w:tc>
          <w:tcPr>
            <w:tcW w:w="5040" w:type="dxa"/>
          </w:tcPr>
          <w:p w14:paraId="50ABA91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547ABB6" w14:textId="77777777">
        <w:trPr>
          <w:jc w:val="center"/>
        </w:trPr>
        <w:tc>
          <w:tcPr>
            <w:tcW w:w="3600" w:type="dxa"/>
          </w:tcPr>
          <w:p w14:paraId="5E681763" w14:textId="2EA74E31" w:rsidR="001860BB" w:rsidRPr="00CC37CD" w:rsidRDefault="0035576A">
            <w:pPr>
              <w:rPr>
                <w:lang w:val="cs-CZ"/>
              </w:rPr>
            </w:pPr>
            <w:r w:rsidRPr="00CC37CD">
              <w:rPr>
                <w:lang w:val="cs-CZ"/>
              </w:rPr>
              <w:t>Záruka</w:t>
            </w:r>
            <w:r w:rsidR="00C959EC" w:rsidRPr="00CC37CD">
              <w:rPr>
                <w:lang w:val="cs-CZ"/>
              </w:rPr>
              <w:t xml:space="preserve"> / Warranty</w:t>
            </w:r>
          </w:p>
        </w:tc>
        <w:tc>
          <w:tcPr>
            <w:tcW w:w="5040" w:type="dxa"/>
          </w:tcPr>
          <w:p w14:paraId="5A562148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54286593" w14:textId="77777777">
        <w:trPr>
          <w:jc w:val="center"/>
        </w:trPr>
        <w:tc>
          <w:tcPr>
            <w:tcW w:w="4703" w:type="dxa"/>
          </w:tcPr>
          <w:p w14:paraId="199335D1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4703" w:type="dxa"/>
          </w:tcPr>
          <w:p w14:paraId="3F845E74" w14:textId="77777777" w:rsidR="001860BB" w:rsidRPr="00CC37CD" w:rsidRDefault="001860BB">
            <w:pPr>
              <w:rPr>
                <w:lang w:val="cs-CZ"/>
              </w:rPr>
            </w:pPr>
          </w:p>
        </w:tc>
      </w:tr>
    </w:tbl>
    <w:p w14:paraId="2CCDA5A6" w14:textId="77777777" w:rsidR="001860BB" w:rsidRPr="00CC37CD" w:rsidRDefault="001860BB">
      <w:pPr>
        <w:rPr>
          <w:lang w:val="cs-CZ"/>
        </w:rPr>
      </w:pPr>
    </w:p>
    <w:p w14:paraId="6858A4B3" w14:textId="6EE672DA" w:rsidR="001860BB" w:rsidRPr="00CC37CD" w:rsidRDefault="00C959EC">
      <w:pPr>
        <w:pStyle w:val="Nadpis2"/>
        <w:rPr>
          <w:lang w:val="cs-CZ"/>
        </w:rPr>
      </w:pPr>
      <w:r w:rsidRPr="00CC37CD">
        <w:rPr>
          <w:lang w:val="cs-CZ"/>
        </w:rPr>
        <w:t>7. DAL</w:t>
      </w:r>
      <w:r w:rsidR="0035576A">
        <w:rPr>
          <w:lang w:val="cs-CZ"/>
        </w:rPr>
        <w:t xml:space="preserve">ŠÍ </w:t>
      </w:r>
      <w:r w:rsidRPr="00CC37CD">
        <w:rPr>
          <w:lang w:val="cs-CZ"/>
        </w:rPr>
        <w:t>INFORMACE / ADDITIONAL INFORMATION</w:t>
      </w:r>
    </w:p>
    <w:p w14:paraId="2BB3473D" w14:textId="40B879C2" w:rsidR="001860BB" w:rsidRPr="00CC37CD" w:rsidRDefault="00C959EC">
      <w:pPr>
        <w:rPr>
          <w:lang w:val="cs-CZ"/>
        </w:rPr>
      </w:pPr>
      <w:r w:rsidRPr="00CC37CD">
        <w:rPr>
          <w:lang w:val="cs-CZ"/>
        </w:rPr>
        <w:t xml:space="preserve">Jste </w:t>
      </w:r>
      <w:r w:rsidR="0035576A" w:rsidRPr="00CC37CD">
        <w:rPr>
          <w:lang w:val="cs-CZ"/>
        </w:rPr>
        <w:t>otevřeni</w:t>
      </w:r>
      <w:r w:rsidRPr="00CC37CD">
        <w:rPr>
          <w:lang w:val="cs-CZ"/>
        </w:rPr>
        <w:t xml:space="preserve"> </w:t>
      </w:r>
      <w:r w:rsidR="0035576A" w:rsidRPr="00CC37CD">
        <w:rPr>
          <w:lang w:val="cs-CZ"/>
        </w:rPr>
        <w:t>dlouhodobé</w:t>
      </w:r>
      <w:r w:rsidRPr="00CC37CD">
        <w:rPr>
          <w:lang w:val="cs-CZ"/>
        </w:rPr>
        <w:t xml:space="preserve"> </w:t>
      </w:r>
      <w:r w:rsidR="0035576A" w:rsidRPr="00CC37CD">
        <w:rPr>
          <w:lang w:val="cs-CZ"/>
        </w:rPr>
        <w:t>spolupráci</w:t>
      </w:r>
      <w:r w:rsidRPr="00CC37CD">
        <w:rPr>
          <w:lang w:val="cs-CZ"/>
        </w:rPr>
        <w:t xml:space="preserve">? / Are </w:t>
      </w:r>
      <w:proofErr w:type="spellStart"/>
      <w:r w:rsidRPr="00CC37CD">
        <w:rPr>
          <w:lang w:val="cs-CZ"/>
        </w:rPr>
        <w:t>you</w:t>
      </w:r>
      <w:proofErr w:type="spellEnd"/>
      <w:r w:rsidRPr="00CC37CD">
        <w:rPr>
          <w:lang w:val="cs-CZ"/>
        </w:rPr>
        <w:t xml:space="preserve"> open to long-term </w:t>
      </w:r>
      <w:proofErr w:type="spellStart"/>
      <w:r w:rsidRPr="00CC37CD">
        <w:rPr>
          <w:lang w:val="cs-CZ"/>
        </w:rPr>
        <w:t>cooperation</w:t>
      </w:r>
      <w:proofErr w:type="spellEnd"/>
      <w:r w:rsidRPr="00CC37CD">
        <w:rPr>
          <w:lang w:val="cs-CZ"/>
        </w:rPr>
        <w:t>?</w:t>
      </w:r>
    </w:p>
    <w:p w14:paraId="17C0AB55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Ne / No</w:t>
      </w:r>
    </w:p>
    <w:p w14:paraId="557989E2" w14:textId="77777777" w:rsidR="001860BB" w:rsidRPr="00CC37CD" w:rsidRDefault="001860BB">
      <w:pPr>
        <w:rPr>
          <w:lang w:val="cs-CZ"/>
        </w:rPr>
      </w:pPr>
    </w:p>
    <w:p w14:paraId="32AB912C" w14:textId="3629B19B" w:rsidR="001860BB" w:rsidRPr="00CC37CD" w:rsidRDefault="00C959EC">
      <w:pPr>
        <w:rPr>
          <w:lang w:val="cs-CZ"/>
        </w:rPr>
      </w:pPr>
      <w:r w:rsidRPr="00CC37CD">
        <w:rPr>
          <w:lang w:val="cs-CZ"/>
        </w:rPr>
        <w:t>M</w:t>
      </w:r>
      <w:r w:rsidR="00CC7397">
        <w:rPr>
          <w:lang w:val="cs-CZ"/>
        </w:rPr>
        <w:t>á</w:t>
      </w:r>
      <w:r w:rsidRPr="00CC37CD">
        <w:rPr>
          <w:lang w:val="cs-CZ"/>
        </w:rPr>
        <w:t xml:space="preserve">te kapacitu pro </w:t>
      </w:r>
      <w:r w:rsidR="00CC7397" w:rsidRPr="00CC37CD">
        <w:rPr>
          <w:lang w:val="cs-CZ"/>
        </w:rPr>
        <w:t>pravideln</w:t>
      </w:r>
      <w:r w:rsidR="00CC7397">
        <w:rPr>
          <w:lang w:val="cs-CZ"/>
        </w:rPr>
        <w:t>ě</w:t>
      </w:r>
      <w:r w:rsidRPr="00CC37CD">
        <w:rPr>
          <w:lang w:val="cs-CZ"/>
        </w:rPr>
        <w:t xml:space="preserve"> </w:t>
      </w:r>
      <w:r w:rsidR="00CC7397" w:rsidRPr="00CC37CD">
        <w:rPr>
          <w:lang w:val="cs-CZ"/>
        </w:rPr>
        <w:t>opakované</w:t>
      </w:r>
      <w:r w:rsidRPr="00CC37CD">
        <w:rPr>
          <w:lang w:val="cs-CZ"/>
        </w:rPr>
        <w:t xml:space="preserve"> </w:t>
      </w:r>
      <w:r w:rsidR="00CC7397" w:rsidRPr="00CC37CD">
        <w:rPr>
          <w:lang w:val="cs-CZ"/>
        </w:rPr>
        <w:t>objednávky</w:t>
      </w:r>
      <w:r w:rsidRPr="00CC37CD">
        <w:rPr>
          <w:lang w:val="cs-CZ"/>
        </w:rPr>
        <w:t xml:space="preserve">? / Do </w:t>
      </w:r>
      <w:proofErr w:type="spellStart"/>
      <w:r w:rsidRPr="00CC37CD">
        <w:rPr>
          <w:lang w:val="cs-CZ"/>
        </w:rPr>
        <w:t>you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have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capacity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for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regular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repeat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orders</w:t>
      </w:r>
      <w:proofErr w:type="spellEnd"/>
      <w:r w:rsidRPr="00CC37CD">
        <w:rPr>
          <w:lang w:val="cs-CZ"/>
        </w:rPr>
        <w:t>?</w:t>
      </w:r>
    </w:p>
    <w:p w14:paraId="7AED184D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Ano / </w:t>
      </w:r>
      <w:proofErr w:type="spellStart"/>
      <w:proofErr w:type="gramStart"/>
      <w:r w:rsidRPr="00CC37CD">
        <w:rPr>
          <w:lang w:val="cs-CZ"/>
        </w:rPr>
        <w:t>Yes</w:t>
      </w:r>
      <w:proofErr w:type="spellEnd"/>
      <w:r w:rsidRPr="00CC37CD">
        <w:rPr>
          <w:lang w:val="cs-CZ"/>
        </w:rPr>
        <w:t xml:space="preserve">  ☐</w:t>
      </w:r>
      <w:proofErr w:type="gramEnd"/>
      <w:r w:rsidRPr="00CC37CD">
        <w:rPr>
          <w:lang w:val="cs-CZ"/>
        </w:rPr>
        <w:t xml:space="preserve"> Ne / No</w:t>
      </w:r>
    </w:p>
    <w:p w14:paraId="74CA4193" w14:textId="77777777" w:rsidR="001860BB" w:rsidRPr="00CC37CD" w:rsidRDefault="001860BB">
      <w:pPr>
        <w:rPr>
          <w:lang w:val="cs-CZ"/>
        </w:rPr>
      </w:pPr>
    </w:p>
    <w:p w14:paraId="1D1A27AF" w14:textId="417BB4B2" w:rsidR="001860BB" w:rsidRPr="00CC37CD" w:rsidRDefault="00715F06">
      <w:pPr>
        <w:pStyle w:val="Nadpis2"/>
        <w:rPr>
          <w:lang w:val="cs-CZ"/>
        </w:rPr>
      </w:pPr>
      <w:r w:rsidRPr="00CC37CD">
        <w:rPr>
          <w:lang w:val="cs-CZ"/>
        </w:rPr>
        <w:lastRenderedPageBreak/>
        <w:t>7. P</w:t>
      </w:r>
      <w:r w:rsidR="00CC7397">
        <w:rPr>
          <w:lang w:val="cs-CZ"/>
        </w:rPr>
        <w:t>ŘÍ</w:t>
      </w:r>
      <w:r w:rsidRPr="00CC37CD">
        <w:rPr>
          <w:lang w:val="cs-CZ"/>
        </w:rPr>
        <w:t>LOHY / ATTACHMENTS</w:t>
      </w:r>
    </w:p>
    <w:p w14:paraId="0F7119C7" w14:textId="61F0D6B0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Fotografie </w:t>
      </w:r>
      <w:r w:rsidR="00CC7397" w:rsidRPr="00CC37CD">
        <w:rPr>
          <w:lang w:val="cs-CZ"/>
        </w:rPr>
        <w:t>výrobků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Product</w:t>
      </w:r>
      <w:proofErr w:type="spellEnd"/>
      <w:r w:rsidRPr="00CC37CD">
        <w:rPr>
          <w:lang w:val="cs-CZ"/>
        </w:rPr>
        <w:t xml:space="preserve"> </w:t>
      </w:r>
      <w:proofErr w:type="spellStart"/>
      <w:r w:rsidRPr="00CC37CD">
        <w:rPr>
          <w:lang w:val="cs-CZ"/>
        </w:rPr>
        <w:t>photos</w:t>
      </w:r>
      <w:proofErr w:type="spellEnd"/>
    </w:p>
    <w:p w14:paraId="00F6996D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Katalog / </w:t>
      </w:r>
      <w:proofErr w:type="spellStart"/>
      <w:r w:rsidRPr="00CC37CD">
        <w:rPr>
          <w:lang w:val="cs-CZ"/>
        </w:rPr>
        <w:t>Catalogue</w:t>
      </w:r>
      <w:proofErr w:type="spellEnd"/>
    </w:p>
    <w:p w14:paraId="0F688B92" w14:textId="18DD33FA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</w:t>
      </w:r>
      <w:r w:rsidR="007332F1" w:rsidRPr="00CC37CD">
        <w:rPr>
          <w:lang w:val="cs-CZ"/>
        </w:rPr>
        <w:t>Certifikáty</w:t>
      </w:r>
      <w:r w:rsidRPr="00CC37CD">
        <w:rPr>
          <w:lang w:val="cs-CZ"/>
        </w:rPr>
        <w:t xml:space="preserve"> / </w:t>
      </w:r>
      <w:proofErr w:type="spellStart"/>
      <w:r w:rsidRPr="00CC37CD">
        <w:rPr>
          <w:lang w:val="cs-CZ"/>
        </w:rPr>
        <w:t>Certificates</w:t>
      </w:r>
      <w:proofErr w:type="spellEnd"/>
    </w:p>
    <w:p w14:paraId="38BF1085" w14:textId="77777777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Reference / </w:t>
      </w:r>
      <w:proofErr w:type="spellStart"/>
      <w:r w:rsidRPr="00CC37CD">
        <w:rPr>
          <w:lang w:val="cs-CZ"/>
        </w:rPr>
        <w:t>References</w:t>
      </w:r>
      <w:proofErr w:type="spellEnd"/>
    </w:p>
    <w:p w14:paraId="14E9914D" w14:textId="4EDA0222" w:rsidR="001860BB" w:rsidRPr="00CC37CD" w:rsidRDefault="00C959EC">
      <w:pPr>
        <w:rPr>
          <w:lang w:val="cs-CZ"/>
        </w:rPr>
      </w:pPr>
      <w:r w:rsidRPr="00CC37CD">
        <w:rPr>
          <w:lang w:val="cs-CZ"/>
        </w:rPr>
        <w:t>☐</w:t>
      </w:r>
      <w:r w:rsidRPr="00CC37CD">
        <w:rPr>
          <w:lang w:val="cs-CZ"/>
        </w:rPr>
        <w:t xml:space="preserve"> Jine / </w:t>
      </w:r>
      <w:proofErr w:type="spellStart"/>
      <w:r w:rsidRPr="00CC37CD">
        <w:rPr>
          <w:lang w:val="cs-CZ"/>
        </w:rPr>
        <w:t>Other</w:t>
      </w:r>
      <w:proofErr w:type="spellEnd"/>
      <w:r w:rsidRPr="00CC37CD">
        <w:rPr>
          <w:lang w:val="cs-CZ"/>
        </w:rPr>
        <w:t xml:space="preserve">: </w:t>
      </w:r>
    </w:p>
    <w:p w14:paraId="5F7803FF" w14:textId="77777777" w:rsidR="001860BB" w:rsidRPr="00CC37CD" w:rsidRDefault="001860BB">
      <w:pPr>
        <w:rPr>
          <w:lang w:val="cs-CZ"/>
        </w:rPr>
      </w:pPr>
    </w:p>
    <w:sectPr w:rsidR="001860BB" w:rsidRPr="00CC37CD" w:rsidSect="00034616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DF0F0" w14:textId="77777777" w:rsidR="00C959EC" w:rsidRDefault="00C959EC" w:rsidP="002725A2">
      <w:pPr>
        <w:spacing w:after="0" w:line="240" w:lineRule="auto"/>
      </w:pPr>
      <w:r>
        <w:separator/>
      </w:r>
    </w:p>
  </w:endnote>
  <w:endnote w:type="continuationSeparator" w:id="0">
    <w:p w14:paraId="1E01627A" w14:textId="77777777" w:rsidR="00C959EC" w:rsidRDefault="00C959EC" w:rsidP="0027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4017"/>
      <w:docPartObj>
        <w:docPartGallery w:val="Page Numbers (Bottom of Page)"/>
        <w:docPartUnique/>
      </w:docPartObj>
    </w:sdtPr>
    <w:sdtEndPr/>
    <w:sdtContent>
      <w:p w14:paraId="22959047" w14:textId="07124887" w:rsidR="002725A2" w:rsidRDefault="002725A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7E20D06" w14:textId="77777777" w:rsidR="002725A2" w:rsidRDefault="002725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19C4" w14:textId="77777777" w:rsidR="00C959EC" w:rsidRDefault="00C959EC" w:rsidP="002725A2">
      <w:pPr>
        <w:spacing w:after="0" w:line="240" w:lineRule="auto"/>
      </w:pPr>
      <w:r>
        <w:separator/>
      </w:r>
    </w:p>
  </w:footnote>
  <w:footnote w:type="continuationSeparator" w:id="0">
    <w:p w14:paraId="4D4038AA" w14:textId="77777777" w:rsidR="00C959EC" w:rsidRDefault="00C959EC" w:rsidP="00272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2217908">
    <w:abstractNumId w:val="8"/>
  </w:num>
  <w:num w:numId="2" w16cid:durableId="2106609080">
    <w:abstractNumId w:val="6"/>
  </w:num>
  <w:num w:numId="3" w16cid:durableId="688336173">
    <w:abstractNumId w:val="5"/>
  </w:num>
  <w:num w:numId="4" w16cid:durableId="1909916530">
    <w:abstractNumId w:val="4"/>
  </w:num>
  <w:num w:numId="5" w16cid:durableId="126700474">
    <w:abstractNumId w:val="7"/>
  </w:num>
  <w:num w:numId="6" w16cid:durableId="584530399">
    <w:abstractNumId w:val="3"/>
  </w:num>
  <w:num w:numId="7" w16cid:durableId="882255132">
    <w:abstractNumId w:val="2"/>
  </w:num>
  <w:num w:numId="8" w16cid:durableId="1460761760">
    <w:abstractNumId w:val="1"/>
  </w:num>
  <w:num w:numId="9" w16cid:durableId="49291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172"/>
    <w:rsid w:val="0006063C"/>
    <w:rsid w:val="0015074B"/>
    <w:rsid w:val="001860BB"/>
    <w:rsid w:val="001F2501"/>
    <w:rsid w:val="002725A2"/>
    <w:rsid w:val="0029639D"/>
    <w:rsid w:val="002D3E73"/>
    <w:rsid w:val="00326F90"/>
    <w:rsid w:val="003508DB"/>
    <w:rsid w:val="0035576A"/>
    <w:rsid w:val="003A352C"/>
    <w:rsid w:val="00526CC7"/>
    <w:rsid w:val="005A00C5"/>
    <w:rsid w:val="00705A00"/>
    <w:rsid w:val="00715F06"/>
    <w:rsid w:val="007332F1"/>
    <w:rsid w:val="0085278C"/>
    <w:rsid w:val="008801B3"/>
    <w:rsid w:val="00AA1CD3"/>
    <w:rsid w:val="00AA1D8D"/>
    <w:rsid w:val="00B47730"/>
    <w:rsid w:val="00BA574F"/>
    <w:rsid w:val="00BA583D"/>
    <w:rsid w:val="00C959EC"/>
    <w:rsid w:val="00CA6205"/>
    <w:rsid w:val="00CB0664"/>
    <w:rsid w:val="00CC37CD"/>
    <w:rsid w:val="00CC7397"/>
    <w:rsid w:val="00D02A9A"/>
    <w:rsid w:val="00F222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41C7D"/>
  <w14:defaultImageDpi w14:val="300"/>
  <w15:docId w15:val="{ACD87B41-079A-4AAA-A294-0E5A0F04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559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Krpejšová Andrea</cp:lastModifiedBy>
  <cp:revision>18</cp:revision>
  <cp:lastPrinted>2026-09-09T09:38:00Z</cp:lastPrinted>
  <dcterms:created xsi:type="dcterms:W3CDTF">2026-09-09T09:39:00Z</dcterms:created>
  <dcterms:modified xsi:type="dcterms:W3CDTF">2026-09-14T08:48:00Z</dcterms:modified>
  <cp:category/>
</cp:coreProperties>
</file>